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B8031D" w:rsidRPr="00617EA8" w:rsidRDefault="00617EA8" w:rsidP="003F185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tabs>
          <w:tab w:val="left" w:pos="284"/>
        </w:tabs>
        <w:spacing w:after="160"/>
        <w:jc w:val="center"/>
        <w:rPr>
          <w:rFonts w:ascii="GHEA Grapalat" w:hAnsi="GHEA Grapalat"/>
          <w:b/>
          <w:bCs/>
          <w:sz w:val="24"/>
          <w:szCs w:val="24"/>
        </w:rPr>
      </w:pPr>
      <w:r w:rsidRPr="00617EA8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00000002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617EA8">
        <w:rPr>
          <w:rFonts w:ascii="GHEA Grapalat" w:hAnsi="GHEA Grapalat"/>
          <w:b/>
          <w:bCs/>
          <w:sz w:val="24"/>
          <w:szCs w:val="24"/>
        </w:rPr>
        <w:t>«ՀԱՅԱՍՏԱՆԻ ՀԱՆՐԱՊԵՏՈՒԹՅԱՆ 2026 ԹՎԱԿԱՆԻ ՊԵՏԱԿԱՆ ԲՅՈՒՋԵԻ ՄԱՍԻՆ» ՕՐԵՆՔՈՒՄ ՎԵՐԱԲԱՇԽՈՒՄ,</w:t>
      </w:r>
    </w:p>
    <w:p w14:paraId="00000003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617EA8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ԿԱՌԱՎԱՐՈՒԹՅԱՆ 2025 ԹՎԱԿԱՆԻ ԴԵԿՏԵՄԲԵՐԻ 25-Ի N 1910-Ն ՈՐՈՇՄԱՆ ՄԵՋ ՓՈՓՈԽՈՒԹՅՈՒՆՆԵՐ ՈՒ ԼՐԱՑՈՒՄ </w:t>
      </w:r>
      <w:bookmarkStart w:id="0" w:name="_GoBack"/>
      <w:bookmarkEnd w:id="0"/>
      <w:r w:rsidRPr="00617EA8">
        <w:rPr>
          <w:rFonts w:ascii="GHEA Grapalat" w:hAnsi="GHEA Grapalat"/>
          <w:b/>
          <w:bCs/>
          <w:sz w:val="24"/>
          <w:szCs w:val="24"/>
        </w:rPr>
        <w:t xml:space="preserve">ԿԱՏԱՐԵԼՈՒ ՄԱՍԻՆ» </w:t>
      </w:r>
    </w:p>
    <w:p w14:paraId="00000004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jc w:val="center"/>
        <w:rPr>
          <w:rFonts w:ascii="GHEA Grapalat" w:hAnsi="GHEA Grapalat"/>
          <w:b/>
          <w:bCs/>
          <w:sz w:val="24"/>
          <w:szCs w:val="24"/>
        </w:rPr>
      </w:pPr>
      <w:r w:rsidRPr="00617EA8">
        <w:rPr>
          <w:rFonts w:ascii="GHEA Grapalat" w:hAnsi="GHEA Grapalat"/>
          <w:b/>
          <w:bCs/>
          <w:sz w:val="24"/>
          <w:szCs w:val="24"/>
        </w:rPr>
        <w:t>ՀՀ ԿԱՌԱՎԱՐՈՒԹՅԱՆ ՈՐՈՇՄԱՆ ՆԱԽԱԳԾԻ ԸՆԴՈՒՆՄԱՆ</w:t>
      </w:r>
    </w:p>
    <w:p w14:paraId="00000005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1" w:name="_heading=h.wwpomk439b4m" w:colFirst="0" w:colLast="0"/>
      <w:bookmarkEnd w:id="1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1.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Ընթացիկ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իրավիճակը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և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իրավական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ակտի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ընդունման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անհրաժեշտությունը</w:t>
      </w:r>
      <w:proofErr w:type="spellEnd"/>
    </w:p>
    <w:p w14:paraId="00000006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նորարարության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պահանջում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շարունակական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ամրապնդում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ձևավորում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որակավորում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ունեցող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մասնագետների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ներգրավում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ինչպես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ընդլայնում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17EA8">
        <w:rPr>
          <w:rFonts w:ascii="GHEA Grapalat" w:hAnsi="GHEA Grapalat"/>
          <w:sz w:val="24"/>
          <w:szCs w:val="24"/>
        </w:rPr>
        <w:t>Այս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համատեքստում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առանձնահատուկ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նշանակություն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(Physical AI) </w:t>
      </w:r>
      <w:proofErr w:type="spellStart"/>
      <w:r w:rsidRPr="00617EA8">
        <w:rPr>
          <w:rFonts w:ascii="GHEA Grapalat" w:hAnsi="GHEA Grapalat"/>
          <w:sz w:val="24"/>
          <w:szCs w:val="24"/>
        </w:rPr>
        <w:t>ուղղության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որը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միավորում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ռոբոտաշինության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ստեղծում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կիրառման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նոր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լուծումների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մշակման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ճյուղերի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7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առկա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ինժեներական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ներուժ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հնարավորություններ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17EA8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հետագա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հասանելիությամբ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լաբորատոր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ձևավորմամբ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մեխանիզմների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առկայությամբ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8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զարգացնել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բուհերի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կրթական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ստեղծել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արդիականացնել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լաբորատորիաներ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ներգրավել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տեղական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գիտնականների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հետազոտողների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ինչպես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ընդլայնել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բուհերի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մասնավոր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հատվածի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համագործակցությունը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9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lastRenderedPageBreak/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մասնավոր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համադրված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մեխանիզմի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կիրառում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որի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ուղղվելու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ամրապնդմանը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A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փուլի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պահանջում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դրանց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հիմքերի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ապահովում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B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Հաշվի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առնելով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վերոգրյալը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առաջացել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իրականացվելու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 «ՀՀ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էկոհոմակարգի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շուկայի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ծրագիր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(1043)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617EA8">
        <w:rPr>
          <w:rFonts w:ascii="GHEA Grapalat" w:hAnsi="GHEA Grapalat"/>
          <w:sz w:val="24"/>
          <w:szCs w:val="24"/>
        </w:rPr>
        <w:t>Ձեռներեցության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էկոհամակարգ</w:t>
      </w:r>
      <w:proofErr w:type="spellEnd"/>
      <w:r w:rsidRPr="00617EA8">
        <w:rPr>
          <w:rFonts w:ascii="GHEA Grapalat" w:hAnsi="GHEA Grapalat"/>
          <w:sz w:val="24"/>
          <w:szCs w:val="24"/>
        </w:rPr>
        <w:t>»  (11009) և «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առևտրային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կազմակերպություններին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անհատ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ձեռնարկատերերին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(11018)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հատկացումներում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C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Նշված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նախատեսմամբ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լրացում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մասին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617EA8">
        <w:rPr>
          <w:rFonts w:ascii="GHEA Grapalat" w:hAnsi="GHEA Grapalat"/>
          <w:sz w:val="24"/>
          <w:szCs w:val="24"/>
        </w:rPr>
        <w:t>օրենքի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N 1 </w:t>
      </w:r>
      <w:proofErr w:type="spellStart"/>
      <w:r w:rsidRPr="00617EA8">
        <w:rPr>
          <w:rFonts w:ascii="GHEA Grapalat" w:hAnsi="GHEA Grapalat"/>
          <w:sz w:val="24"/>
          <w:szCs w:val="24"/>
        </w:rPr>
        <w:t>հավելվածի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N 2 </w:t>
      </w:r>
      <w:proofErr w:type="spellStart"/>
      <w:r w:rsidRPr="00617EA8">
        <w:rPr>
          <w:rFonts w:ascii="GHEA Grapalat" w:hAnsi="GHEA Grapalat"/>
          <w:sz w:val="24"/>
          <w:szCs w:val="24"/>
        </w:rPr>
        <w:t>աղյուսակում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25-ի «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մասին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N 1910-Ն </w:t>
      </w:r>
      <w:proofErr w:type="spellStart"/>
      <w:r w:rsidRPr="00617EA8">
        <w:rPr>
          <w:rFonts w:ascii="GHEA Grapalat" w:hAnsi="GHEA Grapalat"/>
          <w:sz w:val="24"/>
          <w:szCs w:val="24"/>
        </w:rPr>
        <w:t>որոշման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մեջ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դրանց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ցուցանիշների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կարգավորումների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համապատասխանությունն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ապահովելու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նպատակով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D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2" w:name="_heading=h.ntuyqqosilqt" w:colFirst="0" w:colLast="0"/>
      <w:bookmarkEnd w:id="2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2.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Կարգավորման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նպատակը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և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բնույթը</w:t>
      </w:r>
      <w:proofErr w:type="spellEnd"/>
    </w:p>
    <w:p w14:paraId="0000000E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ընդունման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հիմնական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փուլի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միջոցով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0F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lastRenderedPageBreak/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«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մասին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617EA8">
        <w:rPr>
          <w:rFonts w:ascii="GHEA Grapalat" w:hAnsi="GHEA Grapalat"/>
          <w:sz w:val="24"/>
          <w:szCs w:val="24"/>
        </w:rPr>
        <w:t>օրենքի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N 1 </w:t>
      </w:r>
      <w:proofErr w:type="spellStart"/>
      <w:r w:rsidRPr="00617EA8">
        <w:rPr>
          <w:rFonts w:ascii="GHEA Grapalat" w:hAnsi="GHEA Grapalat"/>
          <w:sz w:val="24"/>
          <w:szCs w:val="24"/>
        </w:rPr>
        <w:t>հավելվածի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N 2 </w:t>
      </w:r>
      <w:proofErr w:type="spellStart"/>
      <w:r w:rsidRPr="00617EA8">
        <w:rPr>
          <w:rFonts w:ascii="GHEA Grapalat" w:hAnsi="GHEA Grapalat"/>
          <w:sz w:val="24"/>
          <w:szCs w:val="24"/>
        </w:rPr>
        <w:t>աղյուսակում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617EA8">
        <w:rPr>
          <w:rFonts w:ascii="GHEA Grapalat" w:hAnsi="GHEA Grapalat"/>
          <w:sz w:val="24"/>
          <w:szCs w:val="24"/>
        </w:rPr>
        <w:t>, «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2025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25-ի N 1910-Ն </w:t>
      </w:r>
      <w:proofErr w:type="spellStart"/>
      <w:r w:rsidRPr="00617EA8">
        <w:rPr>
          <w:rFonts w:ascii="GHEA Grapalat" w:hAnsi="GHEA Grapalat"/>
          <w:sz w:val="24"/>
          <w:szCs w:val="24"/>
        </w:rPr>
        <w:t>որոշման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կատարել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լրացում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համաձայն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նախագծին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կից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հինգ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հավելվածների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0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կարգավորումները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կտան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ուղղորդումը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իրականացվելիք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միջոցառումներին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1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Կապիտալ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ծախսերի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կկազմի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շուրջ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484</w:t>
      </w:r>
      <w:proofErr w:type="gramStart"/>
      <w:r w:rsidRPr="00617EA8">
        <w:rPr>
          <w:rFonts w:ascii="GHEA Grapalat" w:hAnsi="GHEA Grapalat"/>
          <w:sz w:val="24"/>
          <w:szCs w:val="24"/>
        </w:rPr>
        <w:t>,2</w:t>
      </w:r>
      <w:proofErr w:type="gram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մլն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617EA8">
        <w:rPr>
          <w:rFonts w:ascii="GHEA Grapalat" w:hAnsi="GHEA Grapalat"/>
          <w:sz w:val="24"/>
          <w:szCs w:val="24"/>
        </w:rPr>
        <w:t>դրամ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կուղղվի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երկու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լաբորատորիայի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ստեղծման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սարքավորումների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ձեռքբերման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հագեցման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17EA8">
        <w:rPr>
          <w:rFonts w:ascii="GHEA Grapalat" w:hAnsi="GHEA Grapalat"/>
          <w:sz w:val="24"/>
          <w:szCs w:val="24"/>
        </w:rPr>
        <w:t>Կապիտալ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ծախսերի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չի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գերազանցի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1 </w:t>
      </w:r>
      <w:proofErr w:type="spellStart"/>
      <w:r w:rsidRPr="00617EA8">
        <w:rPr>
          <w:rFonts w:ascii="GHEA Grapalat" w:hAnsi="GHEA Grapalat"/>
          <w:sz w:val="24"/>
          <w:szCs w:val="24"/>
        </w:rPr>
        <w:t>միլիարդ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617EA8">
        <w:rPr>
          <w:rFonts w:ascii="GHEA Grapalat" w:hAnsi="GHEA Grapalat"/>
          <w:sz w:val="24"/>
          <w:szCs w:val="24"/>
        </w:rPr>
        <w:t>դրամը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2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իրականացվելու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իրավասությունների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օրենսդրությամբ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կարգով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3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միտված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ոչ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միայն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այլև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հետագա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նախադրյալների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ձևավորմանը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4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3" w:name="_heading=h.psbs3fb7te2i" w:colFirst="0" w:colLast="0"/>
      <w:bookmarkEnd w:id="3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3.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Ակնկալվող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արդյունքները</w:t>
      </w:r>
      <w:proofErr w:type="spellEnd"/>
    </w:p>
    <w:p w14:paraId="00000015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ընդունման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կապահովվեն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փուլի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նախադրյալները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6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ակնկալվում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է՝</w:t>
      </w:r>
    </w:p>
    <w:p w14:paraId="00000017" w14:textId="77777777" w:rsidR="00B8031D" w:rsidRPr="00617EA8" w:rsidRDefault="00617EA8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0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lastRenderedPageBreak/>
        <w:t>Ապահովել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168,444.0 </w:t>
      </w:r>
      <w:proofErr w:type="spellStart"/>
      <w:r w:rsidRPr="00617EA8">
        <w:rPr>
          <w:rFonts w:ascii="GHEA Grapalat" w:hAnsi="GHEA Grapalat"/>
          <w:sz w:val="24"/>
          <w:szCs w:val="24"/>
        </w:rPr>
        <w:t>հազար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դրամ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դրա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օգտագործման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կարգավորումները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8" w14:textId="77777777" w:rsidR="00B8031D" w:rsidRPr="00617EA8" w:rsidRDefault="00617EA8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Նպաստել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արդիականացմանը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9" w14:textId="77777777" w:rsidR="00B8031D" w:rsidRPr="00617EA8" w:rsidRDefault="00617EA8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Ստեղծել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նախադրյալներ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փուլով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A" w14:textId="77777777" w:rsidR="00B8031D" w:rsidRPr="00617EA8" w:rsidRDefault="00617EA8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Աջակցել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բուհերի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ամրապնդմանը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ժամանակակից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B" w14:textId="77777777" w:rsidR="00B8031D" w:rsidRPr="00617EA8" w:rsidRDefault="00617EA8">
      <w:pPr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Նպաստել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մասնավոր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հատվածների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համագործակցության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ընդլայնմանը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նախաձեռնությունների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C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կնպաստի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հետագա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փուլերի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անհրաժեշտ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հիմքերի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ձևավորմանը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D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4" w:name="_heading=h.8uofmejpu9qc" w:colFirst="0" w:colLast="0"/>
      <w:bookmarkEnd w:id="4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4.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Ֆինանսական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ազդեցությունը</w:t>
      </w:r>
      <w:proofErr w:type="spellEnd"/>
    </w:p>
    <w:p w14:paraId="0000001E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ծախսերի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168,444.0 </w:t>
      </w:r>
      <w:proofErr w:type="spellStart"/>
      <w:r w:rsidRPr="00617EA8">
        <w:rPr>
          <w:rFonts w:ascii="GHEA Grapalat" w:hAnsi="GHEA Grapalat"/>
          <w:sz w:val="24"/>
          <w:szCs w:val="24"/>
        </w:rPr>
        <w:t>հազար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դրամի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չափով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1F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Վերաբաշխումն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իրականացվելու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ՀՀ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617EA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 ՀՀ</w:t>
      </w:r>
      <w:proofErr w:type="gram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էկոհոմակարգի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շուկայի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ծրագիր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(1043)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617EA8">
        <w:rPr>
          <w:rFonts w:ascii="GHEA Grapalat" w:hAnsi="GHEA Grapalat"/>
          <w:sz w:val="24"/>
          <w:szCs w:val="24"/>
        </w:rPr>
        <w:t>Ձեռներեցության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էկոհամակարգ</w:t>
      </w:r>
      <w:proofErr w:type="spellEnd"/>
      <w:r w:rsidRPr="00617EA8">
        <w:rPr>
          <w:rFonts w:ascii="GHEA Grapalat" w:hAnsi="GHEA Grapalat"/>
          <w:sz w:val="24"/>
          <w:szCs w:val="24"/>
        </w:rPr>
        <w:t>»  (11009) և «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աջակցություն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տեղեկատվական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գործունեություն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առևտրային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կազմակերպություններին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անհատ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ձեռնարկատերերին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(11018)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հատկացումներում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0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չի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հանգեցնում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ծախսերի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lastRenderedPageBreak/>
        <w:t>ավելացման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քանի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միջոցով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1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յոթնամյա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ներդրումների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գնահատվում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շուրջ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4,828 </w:t>
      </w:r>
      <w:proofErr w:type="spellStart"/>
      <w:r w:rsidRPr="00617EA8">
        <w:rPr>
          <w:rFonts w:ascii="GHEA Grapalat" w:hAnsi="GHEA Grapalat"/>
          <w:sz w:val="24"/>
          <w:szCs w:val="24"/>
        </w:rPr>
        <w:t>մլրդ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617EA8">
        <w:rPr>
          <w:rFonts w:ascii="GHEA Grapalat" w:hAnsi="GHEA Grapalat"/>
          <w:sz w:val="24"/>
          <w:szCs w:val="24"/>
        </w:rPr>
        <w:t>դրամ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իրականացնել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մասնավոր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համադրմամբ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տարիների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սահմանված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պայմաններին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օրենսդրության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2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Միաժամանակ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սույն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որոշման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կարգավորվում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բացառապես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հետագա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տարիների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ծավալները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որոշման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տարիների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գործընթացների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հաշվի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առնելով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ընթացքը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արդյունքները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հնարավորությունները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3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Այսպիսով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նախագծի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կտա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միջոցների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մեկնարկային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առանց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ծախսերի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ընդհանուր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ծավալի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ավելացման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4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5" w:name="_heading=h.e8xngkl86eo1" w:colFirst="0" w:colLast="0"/>
      <w:bookmarkEnd w:id="5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5.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Նախագծի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մշակման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գործընթացում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ներգրավված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ինստիտուտները</w:t>
      </w:r>
      <w:proofErr w:type="spellEnd"/>
    </w:p>
    <w:p w14:paraId="00000025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Նախագիծը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մշակվել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</w:t>
      </w:r>
      <w:r w:rsidRPr="00617EA8">
        <w:rPr>
          <w:rFonts w:ascii="GHEA Grapalat" w:hAnsi="GHEA Grapalat"/>
          <w:sz w:val="24"/>
          <w:szCs w:val="24"/>
          <w:highlight w:val="white"/>
        </w:rPr>
        <w:t xml:space="preserve"> </w:t>
      </w:r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>«</w:t>
      </w:r>
      <w:proofErr w:type="spellStart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>Նորարարության</w:t>
      </w:r>
      <w:proofErr w:type="spellEnd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>հայկական</w:t>
      </w:r>
      <w:proofErr w:type="spellEnd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proofErr w:type="spellStart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>հիմնադրամի</w:t>
      </w:r>
      <w:proofErr w:type="spellEnd"/>
      <w:r w:rsidRPr="00617EA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կողմից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կրթության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մշակույթի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սպորտի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արդյունաբերության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հետ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համագործակցությամբ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6" w14:textId="77777777" w:rsidR="00B8031D" w:rsidRPr="00617EA8" w:rsidRDefault="00617EA8">
      <w:pPr>
        <w:pStyle w:val="Heading3"/>
        <w:keepNext w:val="0"/>
        <w:keepLines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80" w:after="80"/>
        <w:jc w:val="both"/>
        <w:rPr>
          <w:rFonts w:ascii="GHEA Grapalat" w:eastAsia="Cambria" w:hAnsi="GHEA Grapalat" w:cs="Cambria"/>
          <w:color w:val="000000"/>
          <w:sz w:val="24"/>
          <w:szCs w:val="24"/>
        </w:rPr>
      </w:pPr>
      <w:bookmarkStart w:id="6" w:name="_heading=h.q8l6045o5n2o" w:colFirst="0" w:colLast="0"/>
      <w:bookmarkEnd w:id="6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6.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Կապը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ռազմավարական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փաստաթղթերի</w:t>
      </w:r>
      <w:proofErr w:type="spellEnd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 xml:space="preserve"> </w:t>
      </w:r>
      <w:proofErr w:type="spellStart"/>
      <w:r w:rsidRPr="00617EA8">
        <w:rPr>
          <w:rFonts w:ascii="GHEA Grapalat" w:eastAsia="Cambria" w:hAnsi="GHEA Grapalat" w:cs="Cambria"/>
          <w:color w:val="000000"/>
          <w:sz w:val="24"/>
          <w:szCs w:val="24"/>
        </w:rPr>
        <w:t>հետ</w:t>
      </w:r>
      <w:proofErr w:type="spellEnd"/>
    </w:p>
    <w:p w14:paraId="00000027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ֆինանսավորումն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բարձր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նորարարության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պետական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առաջնահերթությունների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8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Մասնավորապես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նախագծի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կնպաստի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2026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հունվարի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29-ի N 113-Լ </w:t>
      </w:r>
      <w:proofErr w:type="spellStart"/>
      <w:r w:rsidRPr="00617EA8">
        <w:rPr>
          <w:rFonts w:ascii="GHEA Grapalat" w:hAnsi="GHEA Grapalat"/>
          <w:sz w:val="24"/>
          <w:szCs w:val="24"/>
        </w:rPr>
        <w:t>որոշմամբ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հաստատված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lastRenderedPageBreak/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ոլորտի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մինչև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2030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ծրագրով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առաջադեմ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իրականացմանը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9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Նախագիծը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համահունչ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17EA8">
        <w:rPr>
          <w:rFonts w:ascii="GHEA Grapalat" w:hAnsi="GHEA Grapalat"/>
          <w:sz w:val="24"/>
          <w:szCs w:val="24"/>
        </w:rPr>
        <w:t>նաև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617EA8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վերափոխման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մինչև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2050 </w:t>
      </w:r>
      <w:proofErr w:type="spellStart"/>
      <w:r w:rsidRPr="00617EA8">
        <w:rPr>
          <w:rFonts w:ascii="GHEA Grapalat" w:hAnsi="GHEA Grapalat"/>
          <w:sz w:val="24"/>
          <w:szCs w:val="24"/>
        </w:rPr>
        <w:t>թվականի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ռազմավարությամբ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17EA8">
        <w:rPr>
          <w:rFonts w:ascii="GHEA Grapalat" w:hAnsi="GHEA Grapalat"/>
          <w:sz w:val="24"/>
          <w:szCs w:val="24"/>
        </w:rPr>
        <w:t>մարդկային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կապիտալի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17EA8">
        <w:rPr>
          <w:rFonts w:ascii="GHEA Grapalat" w:hAnsi="GHEA Grapalat"/>
          <w:sz w:val="24"/>
          <w:szCs w:val="24"/>
        </w:rPr>
        <w:t>գիտելիքահենք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տնտեսության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ձևավորման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գիտական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տեխնոլոգիական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ամրապնդման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նպատակներին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A" w14:textId="77777777" w:rsidR="00B8031D" w:rsidRPr="00617EA8" w:rsidRDefault="00617EA8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GHEA Grapalat" w:hAnsi="GHEA Grapalat"/>
          <w:sz w:val="24"/>
          <w:szCs w:val="24"/>
        </w:rPr>
      </w:pPr>
      <w:proofErr w:type="spellStart"/>
      <w:r w:rsidRPr="00617EA8">
        <w:rPr>
          <w:rFonts w:ascii="GHEA Grapalat" w:hAnsi="GHEA Grapalat"/>
          <w:sz w:val="24"/>
          <w:szCs w:val="24"/>
        </w:rPr>
        <w:t>Նախագծով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նախատեսվող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վերաբաշխումը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ֆինանսավորման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ապահովումը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գործնական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նախադրյալներ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կստեղծեն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նշված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ռազմավարական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նպատակների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շրջանակում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ֆիզիկական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արհեստական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բանականության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ուղղությամբ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գիտահետազոտական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17EA8">
        <w:rPr>
          <w:rFonts w:ascii="GHEA Grapalat" w:hAnsi="GHEA Grapalat"/>
          <w:sz w:val="24"/>
          <w:szCs w:val="24"/>
        </w:rPr>
        <w:t>կրթական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կարողությունների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զարգացման</w:t>
      </w:r>
      <w:proofErr w:type="spellEnd"/>
      <w:r w:rsidRPr="00617EA8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17EA8">
        <w:rPr>
          <w:rFonts w:ascii="GHEA Grapalat" w:hAnsi="GHEA Grapalat"/>
          <w:sz w:val="24"/>
          <w:szCs w:val="24"/>
        </w:rPr>
        <w:t>համար</w:t>
      </w:r>
      <w:proofErr w:type="spellEnd"/>
      <w:r w:rsidRPr="00617EA8">
        <w:rPr>
          <w:rFonts w:ascii="GHEA Grapalat" w:hAnsi="GHEA Grapalat"/>
          <w:sz w:val="24"/>
          <w:szCs w:val="24"/>
        </w:rPr>
        <w:t>։</w:t>
      </w:r>
    </w:p>
    <w:p w14:paraId="0000002B" w14:textId="77777777" w:rsidR="00B8031D" w:rsidRPr="00617EA8" w:rsidRDefault="00B8031D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160"/>
        <w:jc w:val="both"/>
        <w:rPr>
          <w:rFonts w:ascii="GHEA Grapalat" w:hAnsi="GHEA Grapalat"/>
          <w:b/>
          <w:bCs/>
          <w:sz w:val="24"/>
          <w:szCs w:val="24"/>
        </w:rPr>
      </w:pPr>
    </w:p>
    <w:p w14:paraId="0000002C" w14:textId="77777777" w:rsidR="00B8031D" w:rsidRPr="00617EA8" w:rsidRDefault="00B8031D">
      <w:pPr>
        <w:spacing w:after="180"/>
        <w:rPr>
          <w:rFonts w:ascii="GHEA Grapalat" w:eastAsia="Merriweather" w:hAnsi="GHEA Grapalat" w:cs="Merriweather"/>
          <w:b/>
          <w:bCs/>
          <w:sz w:val="24"/>
          <w:szCs w:val="24"/>
        </w:rPr>
      </w:pPr>
    </w:p>
    <w:sectPr w:rsidR="00B8031D" w:rsidRPr="00617EA8" w:rsidSect="003F1850">
      <w:pgSz w:w="12240" w:h="15840"/>
      <w:pgMar w:top="1440" w:right="1467" w:bottom="1440" w:left="993" w:header="60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F579B0B0-28C8-497D-82DB-4141A2BFCCC2}"/>
    <w:embedBold r:id="rId2" w:fontKey="{437FC892-D841-47DA-A052-77DF719FA1DA}"/>
    <w:embedItalic r:id="rId3" w:fontKey="{A28BAA61-8994-44B2-A7AA-8B9DB74D63F8}"/>
    <w:embedBoldItalic r:id="rId4" w:fontKey="{A320C73F-5DA9-4387-9AA8-A8BFCF13EA2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E3F0C359-4993-49F7-9314-491341DF3D05}"/>
    <w:embedBold r:id="rId6" w:fontKey="{02960BE9-896D-469E-B512-3F192804090C}"/>
    <w:embedItalic r:id="rId7" w:fontKey="{C53D5CDC-573B-422C-BF33-1E0298E27398}"/>
    <w:embedBoldItalic r:id="rId8" w:fontKey="{79F2B404-A63D-41B0-B455-18D9FF9E55FD}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erriweather">
    <w:charset w:val="00"/>
    <w:family w:val="auto"/>
    <w:pitch w:val="default"/>
    <w:embedBold r:id="rId9" w:fontKey="{24E8205E-BD3D-4B28-BD73-14F069770E4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91AC1"/>
    <w:multiLevelType w:val="multilevel"/>
    <w:tmpl w:val="4BBE4922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3C106E82"/>
    <w:multiLevelType w:val="multilevel"/>
    <w:tmpl w:val="79BCC506"/>
    <w:lvl w:ilvl="0">
      <w:start w:val="1"/>
      <w:numFmt w:val="decimal"/>
      <w:pStyle w:val="ListBullet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31D"/>
    <w:rsid w:val="003F1850"/>
    <w:rsid w:val="00617EA8"/>
    <w:rsid w:val="00B8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2923C8-2FA0-4A6F-8F27-86AAA7ACC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Cambria"/>
        <w:sz w:val="22"/>
        <w:szCs w:val="22"/>
        <w:lang w:val="en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link w:val="Heading1Char"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link w:val="Heading2Char"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link w:val="Heading4Char"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link w:val="Heading6Char"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Subtitle">
    <w:name w:val="Subtitle"/>
    <w:basedOn w:val="Normal"/>
    <w:next w:val="Normal"/>
    <w:link w:val="SubtitleChar"/>
    <w:rPr>
      <w:rFonts w:ascii="Calibri" w:eastAsia="Calibri" w:hAnsi="Calibri" w:cs="Calibri"/>
      <w:i/>
      <w:iCs/>
      <w:color w:val="4F81BD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tabs>
        <w:tab w:val="num" w:pos="720"/>
      </w:tabs>
      <w:ind w:left="720" w:hanging="720"/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tabs>
        <w:tab w:val="num" w:pos="720"/>
      </w:tabs>
      <w:ind w:left="720" w:hanging="720"/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Da2V9UTjlj5h7QcY9UUjUrb9YQ==">CgMxLjAyDmgud3dwb21rNDM5YjRtMg5oLm50dXlxcW9zaWxxdDIOaC5wc2JzM2ZiN3RlMmkyDmguOHVvZm1lanB1OXFjMg5oLmU4eG5na2w4NmVvMTIOaC5xOGw2MDQ1bzVuMm84AHIhMXRMcjZ3Q202VE5GV1pZdDZORVBEdnY1WnptQVdtVW1y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1391</Words>
  <Characters>7934</Characters>
  <Application>Microsoft Office Word</Application>
  <DocSecurity>0</DocSecurity>
  <Lines>66</Lines>
  <Paragraphs>18</Paragraphs>
  <ScaleCrop>false</ScaleCrop>
  <Company/>
  <LinksUpToDate>false</LinksUpToDate>
  <CharactersWithSpaces>9307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user</cp:lastModifiedBy>
  <cp:revision>3</cp:revision>
  <dcterms:created xsi:type="dcterms:W3CDTF">2013-12-23T23:15:00Z</dcterms:created>
  <dcterms:modified xsi:type="dcterms:W3CDTF">2026-11-04T14:26:00Z</dcterms:modified>
</cp:coreProperties>
</file>