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2D" w:rsidRPr="00102960" w:rsidRDefault="001E55F5">
      <w:pPr>
        <w:spacing w:after="120"/>
        <w:jc w:val="center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>ՀԻՄՆԱՎՈՐՈՒՄ</w:t>
      </w:r>
    </w:p>
    <w:p w:rsidR="007A34D9" w:rsidRPr="00102960" w:rsidRDefault="007A34D9" w:rsidP="007A34D9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  <w:lang w:val="af-ZA"/>
        </w:rPr>
      </w:pPr>
      <w:r w:rsidRPr="00102960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="001538AE" w:rsidRPr="00102960">
        <w:rPr>
          <w:rFonts w:ascii="GHEA Grapalat" w:eastAsia="Calibri" w:hAnsi="GHEA Grapalat"/>
          <w:b/>
          <w:sz w:val="24"/>
          <w:szCs w:val="24"/>
          <w:lang w:val="af-ZA"/>
        </w:rPr>
        <w:t xml:space="preserve">«ՀԱՅԱՍՏԱՆԻ ՀԱՆՐԱՊԵՏՈՒԹՅԱՆ 2026 ԹՎԱԿԱՆԻ ՊԵՏԱԿԱՆ ԲՅՈՒՋԵԻ ՄԱՍԻՆ» ՕՐԵՆՔՈՒՄ ՎԵՐԱԲԱՇԽՈՒՄ, ԼՐԱՑՈՒՄ, ՓՈՓՈԽՈՒԹՅՈՒՆ, ՀԱՅԱՍՏԱՆԻ ՀԱՆՐԱՊԵՏՈՒԹՅԱՆ ԿԱՌԱՎԱՐՈՒԹՅԱՆ 2025 ԹՎԱԿԱՆԻ ԴԵԿՏԵՄԲԵՐԻ 25-Ի N 1910-Ն ՈՐՈՇՄԱՆ ՄԵՋ  ՓՈՓՈԽՈՒԹՅՈՒՆՆԵՐ ԵՎ ԼՐԱՑՈՒՄՆԵՐ ԿԱՏԱՐԵԼՈՒ, ԻՆՉՊԵՍ ՆԱԵՎ  ՀԱՅԱՍՏԱՆԻ ՀԱՆՐԱՊԵՏՈՒԹՅԱՆ ՔԱՂԱՔԱՇԻՆՈՒԹՅԱՆ ԿՈՄԻՏԵԻՆ ԳՈՒՄԱՐ ՀԱՏԿԱՑՆԵԼՈՒ </w:t>
      </w:r>
      <w:r w:rsidRPr="00102960"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p w:rsidR="00AD532D" w:rsidRPr="00102960" w:rsidRDefault="001E55F5">
      <w:pPr>
        <w:spacing w:after="120" w:line="312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 xml:space="preserve">1. </w:t>
      </w:r>
      <w:proofErr w:type="spellStart"/>
      <w:r w:rsidR="00EC17A7" w:rsidRPr="00102960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="00EC17A7"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C17A7" w:rsidRPr="00102960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="00EC17A7" w:rsidRPr="00102960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EC17A7" w:rsidRPr="00102960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="00EC17A7"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C17A7" w:rsidRPr="00102960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="00EC17A7"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C17A7" w:rsidRPr="00102960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="00EC17A7"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EC17A7" w:rsidRPr="00102960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>.</w:t>
      </w:r>
    </w:p>
    <w:p w:rsidR="00AD532D" w:rsidRPr="00102960" w:rsidRDefault="001E55F5" w:rsidP="00751E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t xml:space="preserve">ՀՀ քաղաքաշինության կոմիտեի (այսուհետ՝ Կոմիտե) և «ԱՐՍԵՎ» ՍՊԸ-ի (այսուհետ՝ Ընկերություն) միջև 2021 թվականի սեպտեմբերի 30-ին կնքվել էր ՀՀ Գեղարքունիքի մարզի «Ներքին Գետաշենի թիվ 1 միջնակարգ դպրոց» ՊՈԱԿ-ի նոր մասնաշենքի կառուցման աշխատանքների N ՀՀՔԿ-ԲՄԱՇՁԲ-21/6 գնման պայմանագիրը, իսկ 2022 թվականի ապրիլի 28-ին՝ ՀՀ Կոտայքի մարզի Եղվարդի (Նաիրի) բժշկական կենտրոնի կառուցման աշխատանքների N ՀՀՔԿ-ԲՄԱՇՁԲ-21/11 գնման պայմանագիրը (այսուհետ համատեղ՝ </w:t>
      </w:r>
      <w:proofErr w:type="gramStart"/>
      <w:r w:rsidRPr="00102960">
        <w:rPr>
          <w:rFonts w:ascii="GHEA Grapalat" w:hAnsi="GHEA Grapalat"/>
          <w:sz w:val="24"/>
          <w:szCs w:val="24"/>
        </w:rPr>
        <w:t>Պայմանագրեր)։</w:t>
      </w:r>
      <w:proofErr w:type="gramEnd"/>
    </w:p>
    <w:p w:rsidR="00AD532D" w:rsidRPr="00102960" w:rsidRDefault="001E55F5" w:rsidP="00751E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t>Պայմանագրերի շրջանակներում Ընկերության կողմից ներկայացված պայմանագրի և որակավորման ապահովման բանկային երաշխիքների հավաստիության ստուգման արդյունքում պարզվել է, որ դրանք թողարկված չեն եղել բանկի կողմից։ Հիմք ընդունելով ՀՀ կառավարության 2017 թվականի մայիսի 4-ի N 526-Ն որոշմամբ հաստատված «Գնումների գործընթացի կազմակերպման» կարգի 33-րդ կետի 8-րդ և 12-րդ ենթակետերը՝ Կոմիտեն 2026 թվականի մարտի 25-ին միակողմանիորեն լուծել է Ընկերության հետ կնքված Պայմանագրերը։</w:t>
      </w:r>
    </w:p>
    <w:p w:rsidR="00AD532D" w:rsidRPr="00102960" w:rsidRDefault="001E55F5" w:rsidP="00751EA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t xml:space="preserve">Պայմանագրերի միակողմանի լուծման պահին նշված օբյեկտներում Ընկերության կողմից արդեն իսկ իրականացվել էին որոշակի ծավալի շինարարական աշխատանքներ։ Պետական միջոցների արդյունավետ և նպատակային օգտագործումը երաշխավորելու, ինչպես </w:t>
      </w:r>
      <w:proofErr w:type="spellStart"/>
      <w:r w:rsidRPr="00102960">
        <w:rPr>
          <w:rFonts w:ascii="GHEA Grapalat" w:hAnsi="GHEA Grapalat"/>
          <w:sz w:val="24"/>
          <w:szCs w:val="24"/>
        </w:rPr>
        <w:t>նաև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փաստացի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կատարված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ծավալների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որակի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համապատասխանությունը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ստուգելու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02960">
        <w:rPr>
          <w:rFonts w:ascii="GHEA Grapalat" w:hAnsi="GHEA Grapalat"/>
          <w:sz w:val="24"/>
          <w:szCs w:val="24"/>
        </w:rPr>
        <w:t>առաջացել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02960">
        <w:rPr>
          <w:rFonts w:ascii="GHEA Grapalat" w:hAnsi="GHEA Grapalat"/>
          <w:sz w:val="24"/>
          <w:szCs w:val="24"/>
        </w:rPr>
        <w:t>նշված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lastRenderedPageBreak/>
        <w:t>իրականացված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վերաչափագրման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փաստագրման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102960">
        <w:rPr>
          <w:rFonts w:ascii="GHEA Grapalat" w:hAnsi="GHEA Grapalat"/>
          <w:sz w:val="24"/>
          <w:szCs w:val="24"/>
        </w:rPr>
        <w:t>։</w:t>
      </w:r>
    </w:p>
    <w:p w:rsidR="00CF0A62" w:rsidRPr="00102960" w:rsidRDefault="00751EA7" w:rsidP="00CB1378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102960">
        <w:rPr>
          <w:rFonts w:ascii="GHEA Grapalat" w:hAnsi="GHEA Grapalat"/>
          <w:sz w:val="24"/>
          <w:szCs w:val="24"/>
        </w:rPr>
        <w:t>Հաշվի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առնելով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խնդրի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հրատապությունը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մնացորդային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պատշաճ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որակով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ժամանակին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վերաչափագրման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փաստագրման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ծառայություններն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անհրաժեշտ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02960">
        <w:rPr>
          <w:rFonts w:ascii="GHEA Grapalat" w:hAnsi="GHEA Grapalat"/>
          <w:sz w:val="24"/>
          <w:szCs w:val="24"/>
        </w:rPr>
        <w:t>ձեռք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բերել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102960">
        <w:rPr>
          <w:rFonts w:ascii="GHEA Grapalat" w:hAnsi="GHEA Grapalat"/>
          <w:sz w:val="24"/>
          <w:szCs w:val="24"/>
        </w:rPr>
        <w:t>Գնումների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մասին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102960">
        <w:rPr>
          <w:rFonts w:ascii="GHEA Grapalat" w:hAnsi="GHEA Grapalat"/>
          <w:sz w:val="24"/>
          <w:szCs w:val="24"/>
        </w:rPr>
        <w:t>օրենքի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23-րդ </w:t>
      </w:r>
      <w:proofErr w:type="spellStart"/>
      <w:r w:rsidRPr="00102960">
        <w:rPr>
          <w:rFonts w:ascii="GHEA Grapalat" w:hAnsi="GHEA Grapalat"/>
          <w:sz w:val="24"/>
          <w:szCs w:val="24"/>
        </w:rPr>
        <w:t>հոդվածի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102960">
        <w:rPr>
          <w:rFonts w:ascii="GHEA Grapalat" w:hAnsi="GHEA Grapalat"/>
          <w:sz w:val="24"/>
          <w:szCs w:val="24"/>
        </w:rPr>
        <w:t>մասի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Pr="00102960">
        <w:rPr>
          <w:rFonts w:ascii="GHEA Grapalat" w:hAnsi="GHEA Grapalat"/>
          <w:sz w:val="24"/>
          <w:szCs w:val="24"/>
        </w:rPr>
        <w:t>կետի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հիման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վրա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02960">
        <w:rPr>
          <w:rFonts w:ascii="GHEA Grapalat" w:hAnsi="GHEA Grapalat"/>
          <w:sz w:val="24"/>
          <w:szCs w:val="24"/>
        </w:rPr>
        <w:t>հրատապ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մեկ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անձից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գնման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ընթացակարգով</w:t>
      </w:r>
      <w:proofErr w:type="spellEnd"/>
      <w:r w:rsidRPr="00102960">
        <w:rPr>
          <w:rFonts w:ascii="GHEA Grapalat" w:hAnsi="GHEA Grapalat"/>
          <w:sz w:val="24"/>
          <w:szCs w:val="24"/>
        </w:rPr>
        <w:t>։</w:t>
      </w:r>
    </w:p>
    <w:p w:rsidR="00AD532D" w:rsidRPr="00102960" w:rsidRDefault="001E55F5">
      <w:pPr>
        <w:spacing w:after="120" w:line="312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>2. Առաջարկվող կարգավորման նպատակը և բնույթը.</w:t>
      </w:r>
    </w:p>
    <w:p w:rsidR="00D85005" w:rsidRPr="00102960" w:rsidRDefault="00D85005" w:rsidP="00D85005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102960">
        <w:rPr>
          <w:rFonts w:ascii="GHEA Grapalat" w:hAnsi="GHEA Grapalat"/>
          <w:sz w:val="24"/>
          <w:szCs w:val="24"/>
        </w:rPr>
        <w:t>Որոշման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նախագծի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կապահովվի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նշված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փաստացի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կատարված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ծավալների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որակի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անկախ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անկողմնակալ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փորձագիտական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գնահատումը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ինչը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կտա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հստակեցնել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պետական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բյուջեի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հանդեպ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նախկին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կապալառուի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(«ԱՐՍԵՎ» ՍՊԸ) </w:t>
      </w:r>
      <w:proofErr w:type="spellStart"/>
      <w:r w:rsidRPr="00102960">
        <w:rPr>
          <w:rFonts w:ascii="GHEA Grapalat" w:hAnsi="GHEA Grapalat"/>
          <w:sz w:val="24"/>
          <w:szCs w:val="24"/>
        </w:rPr>
        <w:t>ունեցած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իրավական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պարտավորությունները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102960">
        <w:rPr>
          <w:rFonts w:ascii="GHEA Grapalat" w:hAnsi="GHEA Grapalat"/>
          <w:sz w:val="24"/>
          <w:szCs w:val="24"/>
        </w:rPr>
        <w:t>Սա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հերթին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կերաշխավորի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պետական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օգտագործումը</w:t>
      </w:r>
      <w:proofErr w:type="spellEnd"/>
      <w:r w:rsidRPr="00102960">
        <w:rPr>
          <w:rFonts w:ascii="GHEA Grapalat" w:hAnsi="GHEA Grapalat"/>
          <w:sz w:val="24"/>
          <w:szCs w:val="24"/>
        </w:rPr>
        <w:t>:</w:t>
      </w:r>
    </w:p>
    <w:p w:rsidR="006D5C47" w:rsidRPr="00102960" w:rsidRDefault="006D5C47" w:rsidP="002C27C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proofErr w:type="spellStart"/>
      <w:r w:rsidRPr="00102960">
        <w:rPr>
          <w:rFonts w:ascii="GHEA Grapalat" w:hAnsi="GHEA Grapalat"/>
          <w:sz w:val="24"/>
          <w:szCs w:val="24"/>
        </w:rPr>
        <w:t>Հաշվի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առնելով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խնդրի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հրատապությունը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102960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կոմիտեի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պատվիրատվությամբ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վերը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նշված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երկու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մնացորդային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պատշաճ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որակով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ժամանակին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վերաչափագրման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փաստագրման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ծառայություններն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02960">
        <w:rPr>
          <w:rFonts w:ascii="GHEA Grapalat" w:hAnsi="GHEA Grapalat"/>
          <w:sz w:val="24"/>
          <w:szCs w:val="24"/>
        </w:rPr>
        <w:t>ձեռք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բերել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102960">
        <w:rPr>
          <w:rFonts w:ascii="GHEA Grapalat" w:hAnsi="GHEA Grapalat"/>
          <w:sz w:val="24"/>
          <w:szCs w:val="24"/>
        </w:rPr>
        <w:t>Գնումների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մասին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102960">
        <w:rPr>
          <w:rFonts w:ascii="GHEA Grapalat" w:hAnsi="GHEA Grapalat"/>
          <w:sz w:val="24"/>
          <w:szCs w:val="24"/>
        </w:rPr>
        <w:t>օրենքի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23-րդ </w:t>
      </w:r>
      <w:proofErr w:type="spellStart"/>
      <w:r w:rsidRPr="00102960">
        <w:rPr>
          <w:rFonts w:ascii="GHEA Grapalat" w:hAnsi="GHEA Grapalat"/>
          <w:sz w:val="24"/>
          <w:szCs w:val="24"/>
        </w:rPr>
        <w:t>հոդվածի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102960">
        <w:rPr>
          <w:rFonts w:ascii="GHEA Grapalat" w:hAnsi="GHEA Grapalat"/>
          <w:sz w:val="24"/>
          <w:szCs w:val="24"/>
        </w:rPr>
        <w:t>մասի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Pr="00102960">
        <w:rPr>
          <w:rFonts w:ascii="GHEA Grapalat" w:hAnsi="GHEA Grapalat"/>
          <w:sz w:val="24"/>
          <w:szCs w:val="24"/>
        </w:rPr>
        <w:t>կետի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հիման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վրա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02960">
        <w:rPr>
          <w:rFonts w:ascii="GHEA Grapalat" w:hAnsi="GHEA Grapalat"/>
          <w:sz w:val="24"/>
          <w:szCs w:val="24"/>
        </w:rPr>
        <w:t>հրատապ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մեկ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անձից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գնման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ընթացակարգով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համար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նախատեսելով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՝ </w:t>
      </w:r>
    </w:p>
    <w:p w:rsidR="002C27CC" w:rsidRPr="00102960" w:rsidRDefault="002C27CC" w:rsidP="002C27CC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t xml:space="preserve">1. </w:t>
      </w:r>
      <w:r w:rsidRPr="00102960">
        <w:rPr>
          <w:rFonts w:ascii="GHEA Grapalat" w:hAnsi="GHEA Grapalat"/>
          <w:sz w:val="24"/>
          <w:szCs w:val="24"/>
          <w:lang w:val="hy-AM"/>
        </w:rPr>
        <w:t>ՀՀ Կոտայքի մարզի Եղվարդի (Նաիրի) բժշկական կենտրոն</w:t>
      </w:r>
      <w:r w:rsidR="00161340" w:rsidRPr="00102960">
        <w:rPr>
          <w:rFonts w:ascii="GHEA Grapalat" w:hAnsi="GHEA Grapalat"/>
          <w:sz w:val="24"/>
          <w:szCs w:val="24"/>
          <w:lang w:val="hy-AM"/>
        </w:rPr>
        <w:t xml:space="preserve"> – 2,148</w:t>
      </w:r>
      <w:r w:rsidR="00161340" w:rsidRPr="00102960">
        <w:rPr>
          <w:rFonts w:ascii="GHEA Grapalat" w:hAnsi="GHEA Grapalat"/>
          <w:sz w:val="24"/>
          <w:szCs w:val="24"/>
        </w:rPr>
        <w:t xml:space="preserve">.0 </w:t>
      </w:r>
      <w:proofErr w:type="spellStart"/>
      <w:r w:rsidR="00161340" w:rsidRPr="00102960">
        <w:rPr>
          <w:rFonts w:ascii="GHEA Grapalat" w:hAnsi="GHEA Grapalat"/>
          <w:sz w:val="24"/>
          <w:szCs w:val="24"/>
        </w:rPr>
        <w:t>հազար</w:t>
      </w:r>
      <w:proofErr w:type="spellEnd"/>
      <w:r w:rsidR="00161340" w:rsidRPr="0010296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161340" w:rsidRPr="00102960">
        <w:rPr>
          <w:rFonts w:ascii="GHEA Grapalat" w:hAnsi="GHEA Grapalat"/>
          <w:sz w:val="24"/>
          <w:szCs w:val="24"/>
        </w:rPr>
        <w:t>դրամ</w:t>
      </w:r>
      <w:proofErr w:type="spellEnd"/>
      <w:r w:rsidRPr="00102960">
        <w:rPr>
          <w:rFonts w:ascii="GHEA Grapalat" w:hAnsi="GHEA Grapalat"/>
          <w:sz w:val="24"/>
          <w:szCs w:val="24"/>
        </w:rPr>
        <w:t>,</w:t>
      </w:r>
    </w:p>
    <w:p w:rsidR="002C27CC" w:rsidRPr="00102960" w:rsidRDefault="002C27CC" w:rsidP="002C27CC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t xml:space="preserve">  2. ՀՀ </w:t>
      </w:r>
      <w:proofErr w:type="spellStart"/>
      <w:r w:rsidRPr="00102960">
        <w:rPr>
          <w:rFonts w:ascii="GHEA Grapalat" w:hAnsi="GHEA Grapalat"/>
          <w:sz w:val="24"/>
          <w:szCs w:val="24"/>
        </w:rPr>
        <w:t>Գեղարքունիքի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մարզի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102960">
        <w:rPr>
          <w:rFonts w:ascii="GHEA Grapalat" w:hAnsi="GHEA Grapalat"/>
          <w:sz w:val="24"/>
          <w:szCs w:val="24"/>
        </w:rPr>
        <w:t>Ներքին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Գետաշենի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թիվ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102960">
        <w:rPr>
          <w:rFonts w:ascii="GHEA Grapalat" w:hAnsi="GHEA Grapalat"/>
          <w:sz w:val="24"/>
          <w:szCs w:val="24"/>
        </w:rPr>
        <w:t>միջնակարգ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դպրոց</w:t>
      </w:r>
      <w:proofErr w:type="spellEnd"/>
      <w:r w:rsidRPr="00102960">
        <w:rPr>
          <w:rFonts w:ascii="GHEA Grapalat" w:hAnsi="GHEA Grapalat"/>
          <w:sz w:val="24"/>
          <w:szCs w:val="24"/>
        </w:rPr>
        <w:t>» ՊՈԱԿ</w:t>
      </w:r>
      <w:r w:rsidR="00102960">
        <w:rPr>
          <w:rFonts w:ascii="GHEA Grapalat" w:hAnsi="GHEA Grapalat"/>
          <w:sz w:val="24"/>
          <w:szCs w:val="24"/>
        </w:rPr>
        <w:t>-</w:t>
      </w:r>
      <w:r w:rsidR="00102960" w:rsidRPr="00102960">
        <w:t xml:space="preserve"> </w:t>
      </w:r>
      <w:r w:rsidR="00102960" w:rsidRPr="00102960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="00102960" w:rsidRPr="00102960">
        <w:rPr>
          <w:rFonts w:ascii="GHEA Grapalat" w:hAnsi="GHEA Grapalat"/>
          <w:sz w:val="24"/>
          <w:szCs w:val="24"/>
        </w:rPr>
        <w:t>նոր</w:t>
      </w:r>
      <w:proofErr w:type="spellEnd"/>
      <w:r w:rsidR="00102960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02960">
        <w:rPr>
          <w:rFonts w:ascii="GHEA Grapalat" w:hAnsi="GHEA Grapalat"/>
          <w:sz w:val="24"/>
          <w:szCs w:val="24"/>
        </w:rPr>
        <w:t>մասնաշենք</w:t>
      </w:r>
      <w:proofErr w:type="spellEnd"/>
      <w:r w:rsidR="00161340" w:rsidRPr="00102960">
        <w:rPr>
          <w:rFonts w:ascii="GHEA Grapalat" w:hAnsi="GHEA Grapalat"/>
          <w:sz w:val="24"/>
          <w:szCs w:val="24"/>
        </w:rPr>
        <w:t xml:space="preserve"> </w:t>
      </w:r>
      <w:r w:rsidR="00161340" w:rsidRPr="00102960">
        <w:rPr>
          <w:rFonts w:ascii="GHEA Grapalat" w:hAnsi="GHEA Grapalat"/>
          <w:sz w:val="24"/>
          <w:szCs w:val="24"/>
          <w:lang w:val="hy-AM"/>
        </w:rPr>
        <w:t>– 1,812</w:t>
      </w:r>
      <w:r w:rsidR="00161340" w:rsidRPr="00102960">
        <w:rPr>
          <w:rFonts w:ascii="GHEA Grapalat" w:hAnsi="GHEA Grapalat"/>
          <w:sz w:val="24"/>
          <w:szCs w:val="24"/>
        </w:rPr>
        <w:t>.</w:t>
      </w:r>
      <w:r w:rsidR="00161340" w:rsidRPr="00102960">
        <w:rPr>
          <w:rFonts w:ascii="GHEA Grapalat" w:hAnsi="GHEA Grapalat"/>
          <w:sz w:val="24"/>
          <w:szCs w:val="24"/>
          <w:lang w:val="hy-AM"/>
        </w:rPr>
        <w:t>0</w:t>
      </w:r>
      <w:r w:rsidRPr="00102960">
        <w:rPr>
          <w:rFonts w:ascii="GHEA Grapalat" w:hAnsi="GHEA Grapalat"/>
          <w:sz w:val="24"/>
          <w:szCs w:val="24"/>
          <w:lang w:val="hy-AM"/>
        </w:rPr>
        <w:t xml:space="preserve"> </w:t>
      </w:r>
      <w:r w:rsidR="00161340" w:rsidRPr="00102960">
        <w:rPr>
          <w:rFonts w:ascii="GHEA Grapalat" w:hAnsi="GHEA Grapalat"/>
          <w:sz w:val="24"/>
          <w:szCs w:val="24"/>
          <w:lang w:val="hy-AM"/>
        </w:rPr>
        <w:t xml:space="preserve">հազար ՀՀ դրամ </w:t>
      </w:r>
      <w:r w:rsidRPr="00102960">
        <w:rPr>
          <w:rFonts w:ascii="GHEA Grapalat" w:hAnsi="GHEA Grapalat"/>
          <w:sz w:val="24"/>
          <w:szCs w:val="24"/>
        </w:rPr>
        <w:t>։</w:t>
      </w:r>
    </w:p>
    <w:p w:rsidR="00E50FFA" w:rsidRPr="00102960" w:rsidRDefault="00E50FFA" w:rsidP="00E50FFA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102960">
        <w:rPr>
          <w:rFonts w:ascii="GHEA Grapalat" w:hAnsi="GHEA Grapalat"/>
          <w:sz w:val="24"/>
          <w:szCs w:val="24"/>
        </w:rPr>
        <w:t>Վերը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նշված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խնդրի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լուծմ</w:t>
      </w:r>
      <w:bookmarkStart w:id="0" w:name="_GoBack"/>
      <w:bookmarkEnd w:id="0"/>
      <w:r w:rsidRPr="00102960">
        <w:rPr>
          <w:rFonts w:ascii="GHEA Grapalat" w:hAnsi="GHEA Grapalat"/>
          <w:sz w:val="24"/>
          <w:szCs w:val="24"/>
        </w:rPr>
        <w:t>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է.</w:t>
      </w:r>
    </w:p>
    <w:p w:rsidR="00E50FFA" w:rsidRPr="00102960" w:rsidRDefault="00E50FFA" w:rsidP="006D5C4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lastRenderedPageBreak/>
        <w:tab/>
        <w:t xml:space="preserve">- </w:t>
      </w:r>
      <w:proofErr w:type="spellStart"/>
      <w:r w:rsidRPr="00102960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«1103. </w:t>
      </w:r>
      <w:proofErr w:type="spellStart"/>
      <w:r w:rsidRPr="00102960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ճարտարապետության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պետական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կանոնակարգում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02960">
        <w:rPr>
          <w:rFonts w:ascii="GHEA Grapalat" w:hAnsi="GHEA Grapalat"/>
          <w:sz w:val="24"/>
          <w:szCs w:val="24"/>
        </w:rPr>
        <w:t>ծրագրի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«11002. </w:t>
      </w:r>
      <w:proofErr w:type="spellStart"/>
      <w:r w:rsidRPr="00102960">
        <w:rPr>
          <w:rFonts w:ascii="GHEA Grapalat" w:hAnsi="GHEA Grapalat"/>
          <w:sz w:val="24"/>
          <w:szCs w:val="24"/>
        </w:rPr>
        <w:t>Նորմատիվատեխնիկական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102960">
        <w:rPr>
          <w:rFonts w:ascii="GHEA Grapalat" w:hAnsi="GHEA Grapalat"/>
          <w:sz w:val="24"/>
          <w:szCs w:val="24"/>
        </w:rPr>
        <w:t>մշակում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 և</w:t>
      </w:r>
      <w:proofErr w:type="gram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տեղայնացում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02960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102960">
        <w:rPr>
          <w:rFonts w:ascii="GHEA Grapalat" w:hAnsi="GHEA Grapalat"/>
          <w:sz w:val="24"/>
          <w:szCs w:val="24"/>
        </w:rPr>
        <w:t>Ինժեներագեոդեզիական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հետազննում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  (ԵՄ </w:t>
      </w:r>
      <w:proofErr w:type="spellStart"/>
      <w:r w:rsidRPr="00102960">
        <w:rPr>
          <w:rFonts w:ascii="GHEA Grapalat" w:hAnsi="GHEA Grapalat"/>
          <w:sz w:val="24"/>
          <w:szCs w:val="24"/>
        </w:rPr>
        <w:t>նորմերի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թարգմանություն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տեղայնացում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)» </w:t>
      </w:r>
      <w:proofErr w:type="spellStart"/>
      <w:r w:rsidRPr="00102960">
        <w:rPr>
          <w:rFonts w:ascii="GHEA Grapalat" w:hAnsi="GHEA Grapalat"/>
          <w:sz w:val="24"/>
          <w:szCs w:val="24"/>
        </w:rPr>
        <w:t>նորմից</w:t>
      </w:r>
      <w:proofErr w:type="spellEnd"/>
      <w:r w:rsidRPr="00102960">
        <w:rPr>
          <w:rFonts w:ascii="GHEA Grapalat" w:hAnsi="GHEA Grapalat"/>
          <w:sz w:val="24"/>
          <w:szCs w:val="24"/>
        </w:rPr>
        <w:t>՝ 3</w:t>
      </w:r>
      <w:r w:rsidR="00A3567D" w:rsidRPr="00102960">
        <w:rPr>
          <w:rFonts w:ascii="GHEA Grapalat" w:hAnsi="GHEA Grapalat"/>
          <w:sz w:val="24"/>
          <w:szCs w:val="24"/>
        </w:rPr>
        <w:t>,960.0</w:t>
      </w:r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հազար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102960">
        <w:rPr>
          <w:rFonts w:ascii="GHEA Grapalat" w:hAnsi="GHEA Grapalat"/>
          <w:sz w:val="24"/>
          <w:szCs w:val="24"/>
        </w:rPr>
        <w:t>դրամ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գումարի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չափով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որի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հետագայում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102960">
        <w:rPr>
          <w:rFonts w:ascii="GHEA Grapalat" w:hAnsi="GHEA Grapalat"/>
          <w:sz w:val="24"/>
          <w:szCs w:val="24"/>
        </w:rPr>
        <w:t>պետական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բյուջեի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հաշվին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նշված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գումարի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չափով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միջոցների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վերականգնման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անհրաժեշտության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չի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առաջանա</w:t>
      </w:r>
      <w:proofErr w:type="spellEnd"/>
      <w:r w:rsidRPr="00102960">
        <w:rPr>
          <w:rFonts w:ascii="GHEA Grapalat" w:hAnsi="GHEA Grapalat"/>
          <w:sz w:val="24"/>
          <w:szCs w:val="24"/>
        </w:rPr>
        <w:t>:</w:t>
      </w:r>
    </w:p>
    <w:p w:rsidR="002C27CC" w:rsidRPr="00102960" w:rsidRDefault="00E50FFA" w:rsidP="00E50FFA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t xml:space="preserve">- </w:t>
      </w:r>
      <w:proofErr w:type="spellStart"/>
      <w:r w:rsidRPr="00102960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միջեռամսյակային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102960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 «</w:t>
      </w:r>
      <w:proofErr w:type="gramEnd"/>
      <w:r w:rsidRPr="00102960">
        <w:rPr>
          <w:rFonts w:ascii="GHEA Grapalat" w:hAnsi="GHEA Grapalat"/>
          <w:sz w:val="24"/>
          <w:szCs w:val="24"/>
        </w:rPr>
        <w:t xml:space="preserve">1103. </w:t>
      </w:r>
      <w:proofErr w:type="spellStart"/>
      <w:r w:rsidRPr="00102960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ճարտարապետության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պետական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կանոնակարգում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02960">
        <w:rPr>
          <w:rFonts w:ascii="GHEA Grapalat" w:hAnsi="GHEA Grapalat"/>
          <w:sz w:val="24"/>
          <w:szCs w:val="24"/>
        </w:rPr>
        <w:t>ծրագրի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«21001. </w:t>
      </w:r>
      <w:proofErr w:type="spellStart"/>
      <w:r w:rsidRPr="00102960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պետական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ծրագրերի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ապահովում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A3567D" w:rsidRPr="00102960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3567D" w:rsidRPr="00102960">
        <w:rPr>
          <w:rFonts w:ascii="GHEA Grapalat" w:hAnsi="GHEA Grapalat"/>
          <w:sz w:val="24"/>
          <w:szCs w:val="24"/>
        </w:rPr>
        <w:t>մեջ</w:t>
      </w:r>
      <w:proofErr w:type="spellEnd"/>
      <w:r w:rsidR="00A3567D" w:rsidRPr="00102960">
        <w:rPr>
          <w:rFonts w:ascii="GHEA Grapalat" w:hAnsi="GHEA Grapalat"/>
          <w:sz w:val="24"/>
          <w:szCs w:val="24"/>
        </w:rPr>
        <w:t xml:space="preserve">՝ 1,980.0 </w:t>
      </w:r>
      <w:proofErr w:type="spellStart"/>
      <w:r w:rsidR="00A3567D" w:rsidRPr="00102960">
        <w:rPr>
          <w:rFonts w:ascii="GHEA Grapalat" w:hAnsi="GHEA Grapalat"/>
          <w:sz w:val="24"/>
          <w:szCs w:val="24"/>
        </w:rPr>
        <w:t>հազար</w:t>
      </w:r>
      <w:proofErr w:type="spellEnd"/>
      <w:r w:rsidR="00A3567D" w:rsidRPr="0010296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A3567D" w:rsidRPr="00102960">
        <w:rPr>
          <w:rFonts w:ascii="GHEA Grapalat" w:hAnsi="GHEA Grapalat"/>
          <w:sz w:val="24"/>
          <w:szCs w:val="24"/>
        </w:rPr>
        <w:t>դրամ</w:t>
      </w:r>
      <w:proofErr w:type="spellEnd"/>
      <w:r w:rsidR="00A3567D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3567D" w:rsidRPr="00102960">
        <w:rPr>
          <w:rFonts w:ascii="GHEA Grapalat" w:hAnsi="GHEA Grapalat"/>
          <w:sz w:val="24"/>
          <w:szCs w:val="24"/>
        </w:rPr>
        <w:t>գումարի</w:t>
      </w:r>
      <w:proofErr w:type="spellEnd"/>
      <w:r w:rsidR="00A3567D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3567D" w:rsidRPr="00102960">
        <w:rPr>
          <w:rFonts w:ascii="GHEA Grapalat" w:hAnsi="GHEA Grapalat"/>
          <w:sz w:val="24"/>
          <w:szCs w:val="24"/>
        </w:rPr>
        <w:t>չափով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(«ՀՀ </w:t>
      </w:r>
      <w:proofErr w:type="spellStart"/>
      <w:r w:rsidRPr="00102960">
        <w:rPr>
          <w:rFonts w:ascii="GHEA Grapalat" w:hAnsi="GHEA Grapalat"/>
          <w:sz w:val="24"/>
          <w:szCs w:val="24"/>
        </w:rPr>
        <w:t>Լոռու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մարզի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Ստեփանավան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համայնքի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Աշոտաբերդ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թաղամասի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կառուցապատման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օբյեկտի</w:t>
      </w:r>
      <w:r w:rsidR="001C32DB" w:rsidRPr="00102960">
        <w:rPr>
          <w:rFonts w:ascii="GHEA Grapalat" w:hAnsi="GHEA Grapalat"/>
          <w:sz w:val="24"/>
          <w:szCs w:val="24"/>
        </w:rPr>
        <w:t>ց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102960">
        <w:rPr>
          <w:rFonts w:ascii="GHEA Grapalat" w:hAnsi="GHEA Grapalat"/>
          <w:sz w:val="24"/>
          <w:szCs w:val="24"/>
        </w:rPr>
        <w:t xml:space="preserve">( </w:t>
      </w:r>
      <w:proofErr w:type="spellStart"/>
      <w:r w:rsidR="00A3567D" w:rsidRPr="00102960">
        <w:rPr>
          <w:rFonts w:ascii="GHEA Grapalat" w:hAnsi="GHEA Grapalat"/>
          <w:sz w:val="24"/>
          <w:szCs w:val="24"/>
        </w:rPr>
        <w:t>ինն</w:t>
      </w:r>
      <w:proofErr w:type="spellEnd"/>
      <w:proofErr w:type="gram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ամսվա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համար</w:t>
      </w:r>
      <w:proofErr w:type="spellEnd"/>
      <w:r w:rsidRPr="00102960">
        <w:rPr>
          <w:rFonts w:ascii="GHEA Grapalat" w:hAnsi="GHEA Grapalat"/>
          <w:sz w:val="24"/>
          <w:szCs w:val="24"/>
        </w:rPr>
        <w:t>)</w:t>
      </w:r>
      <w:r w:rsidR="00A3567D" w:rsidRPr="00102960">
        <w:rPr>
          <w:rFonts w:ascii="GHEA Grapalat" w:hAnsi="GHEA Grapalat"/>
          <w:sz w:val="24"/>
          <w:szCs w:val="24"/>
        </w:rPr>
        <w:t>)</w:t>
      </w:r>
      <w:r w:rsidRPr="00102960">
        <w:rPr>
          <w:rFonts w:ascii="GHEA Grapalat" w:hAnsi="GHEA Grapalat"/>
          <w:sz w:val="24"/>
          <w:szCs w:val="24"/>
        </w:rPr>
        <w:t>:</w:t>
      </w:r>
    </w:p>
    <w:p w:rsidR="00AD532D" w:rsidRPr="00102960" w:rsidRDefault="001E55F5">
      <w:pPr>
        <w:spacing w:after="120" w:line="312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>3. Նախագծի մշակման գործընթացում ներգրավված ինստիտուտները և անձինք.</w:t>
      </w:r>
    </w:p>
    <w:p w:rsidR="00C32252" w:rsidRPr="00102960" w:rsidRDefault="001E55F5" w:rsidP="00CF0A62">
      <w:pPr>
        <w:spacing w:after="240" w:line="312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102960">
        <w:rPr>
          <w:rFonts w:ascii="GHEA Grapalat" w:hAnsi="GHEA Grapalat"/>
          <w:sz w:val="24"/>
          <w:szCs w:val="24"/>
        </w:rPr>
        <w:t>Նախագիծը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մշակվել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102960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կոմիտեի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կողմից</w:t>
      </w:r>
      <w:proofErr w:type="spellEnd"/>
      <w:r w:rsidRPr="00102960">
        <w:rPr>
          <w:rFonts w:ascii="GHEA Grapalat" w:hAnsi="GHEA Grapalat"/>
          <w:sz w:val="24"/>
          <w:szCs w:val="24"/>
        </w:rPr>
        <w:t>։</w:t>
      </w:r>
    </w:p>
    <w:p w:rsidR="00AD532D" w:rsidRPr="00102960" w:rsidRDefault="001E55F5">
      <w:pPr>
        <w:spacing w:after="120" w:line="312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>4. Ակնկալվող արդյունքը.</w:t>
      </w:r>
    </w:p>
    <w:p w:rsidR="00AD532D" w:rsidRPr="00102960" w:rsidRDefault="001E55F5" w:rsidP="00102960">
      <w:pPr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sz w:val="24"/>
          <w:szCs w:val="24"/>
        </w:rPr>
        <w:t xml:space="preserve">Նախագծի ընդունմամբ հնարավորություն կստեղծվի ժամանակին և իրավական պատշաճ հիմքերով իրականացնել «Ներքին Գետաշենի թիվ 1 </w:t>
      </w:r>
      <w:proofErr w:type="spellStart"/>
      <w:r w:rsidRPr="00102960">
        <w:rPr>
          <w:rFonts w:ascii="GHEA Grapalat" w:hAnsi="GHEA Grapalat"/>
          <w:sz w:val="24"/>
          <w:szCs w:val="24"/>
        </w:rPr>
        <w:t>միջնակարգ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դպրոց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 ՊՈԱԿ-ի </w:t>
      </w:r>
      <w:proofErr w:type="spellStart"/>
      <w:r w:rsidRPr="00102960">
        <w:rPr>
          <w:rFonts w:ascii="GHEA Grapalat" w:hAnsi="GHEA Grapalat"/>
          <w:sz w:val="24"/>
          <w:szCs w:val="24"/>
        </w:rPr>
        <w:t>նոր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մասնաշենքի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r w:rsidR="00B37B7B" w:rsidRPr="00102960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B37B7B" w:rsidRPr="00102960">
        <w:rPr>
          <w:rFonts w:ascii="GHEA Grapalat" w:hAnsi="GHEA Grapalat"/>
          <w:sz w:val="24"/>
          <w:szCs w:val="24"/>
        </w:rPr>
        <w:t>Կոտայքի</w:t>
      </w:r>
      <w:proofErr w:type="spellEnd"/>
      <w:r w:rsidR="00B37B7B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7B7B" w:rsidRPr="00102960">
        <w:rPr>
          <w:rFonts w:ascii="GHEA Grapalat" w:hAnsi="GHEA Grapalat"/>
          <w:sz w:val="24"/>
          <w:szCs w:val="24"/>
        </w:rPr>
        <w:t>մարզի</w:t>
      </w:r>
      <w:proofErr w:type="spellEnd"/>
      <w:r w:rsidR="00B37B7B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37B7B" w:rsidRPr="00102960">
        <w:rPr>
          <w:rFonts w:ascii="GHEA Grapalat" w:hAnsi="GHEA Grapalat"/>
          <w:sz w:val="24"/>
          <w:szCs w:val="24"/>
        </w:rPr>
        <w:t>Եղվարդի</w:t>
      </w:r>
      <w:proofErr w:type="spellEnd"/>
      <w:r w:rsidR="00B37B7B" w:rsidRPr="0010296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37B7B" w:rsidRPr="00102960">
        <w:rPr>
          <w:rFonts w:ascii="GHEA Grapalat" w:hAnsi="GHEA Grapalat"/>
          <w:sz w:val="24"/>
          <w:szCs w:val="24"/>
        </w:rPr>
        <w:t>Նաիրի</w:t>
      </w:r>
      <w:proofErr w:type="spellEnd"/>
      <w:r w:rsidR="00B37B7B" w:rsidRPr="00102960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B37B7B" w:rsidRPr="00102960">
        <w:rPr>
          <w:rFonts w:ascii="GHEA Grapalat" w:hAnsi="GHEA Grapalat"/>
          <w:sz w:val="24"/>
          <w:szCs w:val="24"/>
        </w:rPr>
        <w:t>բժշկական</w:t>
      </w:r>
      <w:proofErr w:type="spellEnd"/>
      <w:r w:rsidR="00B37B7B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կենտրոնի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կառուցման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փաստացի կատարված շինարարական աշխատանքների ծավալների </w:t>
      </w:r>
      <w:proofErr w:type="spellStart"/>
      <w:r w:rsidRPr="00102960">
        <w:rPr>
          <w:rFonts w:ascii="GHEA Grapalat" w:hAnsi="GHEA Grapalat"/>
          <w:sz w:val="24"/>
          <w:szCs w:val="24"/>
        </w:rPr>
        <w:t>լրացուցիչ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ստուգումը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վերաչափագրումն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փաստագրումը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102960">
        <w:rPr>
          <w:rFonts w:ascii="GHEA Grapalat" w:hAnsi="GHEA Grapalat"/>
          <w:sz w:val="24"/>
          <w:szCs w:val="24"/>
        </w:rPr>
        <w:t>Սա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թույլ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կտա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հստակեցնել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իրավական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պարտավորությունները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նախկին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կապալառուի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հետ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հիմքեր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կնախապատրաստի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նշված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91CDA" w:rsidRPr="00102960">
        <w:rPr>
          <w:rFonts w:ascii="GHEA Grapalat" w:hAnsi="GHEA Grapalat"/>
          <w:sz w:val="24"/>
          <w:szCs w:val="24"/>
        </w:rPr>
        <w:t>մնացորդային</w:t>
      </w:r>
      <w:proofErr w:type="spellEnd"/>
      <w:r w:rsidR="00691CDA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ավարտման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նոր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գնման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ընթացակարգեր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համար</w:t>
      </w:r>
      <w:proofErr w:type="spellEnd"/>
      <w:r w:rsidRPr="00102960">
        <w:rPr>
          <w:rFonts w:ascii="GHEA Grapalat" w:hAnsi="GHEA Grapalat"/>
          <w:sz w:val="24"/>
          <w:szCs w:val="24"/>
        </w:rPr>
        <w:t>։</w:t>
      </w:r>
    </w:p>
    <w:p w:rsidR="00AD532D" w:rsidRPr="00102960" w:rsidRDefault="001E55F5">
      <w:pPr>
        <w:spacing w:after="120" w:line="312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>5. Լրացուցիչ ֆինանսական միջոցների անհրաժեշտությունը և պետական բյուջեի եկամուտներում ու ծախսերում սպասվելիք փոփոխությունները.</w:t>
      </w:r>
    </w:p>
    <w:p w:rsidR="00C32252" w:rsidRPr="00102960" w:rsidRDefault="00C32252">
      <w:pPr>
        <w:spacing w:after="120" w:line="312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102960">
        <w:rPr>
          <w:rFonts w:ascii="GHEA Grapalat" w:hAnsi="GHEA Grapalat"/>
          <w:sz w:val="24"/>
          <w:szCs w:val="24"/>
        </w:rPr>
        <w:lastRenderedPageBreak/>
        <w:t>Նախագծի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ընդունման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պետական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բյուջեում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լրացուցիչ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ծախսերի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ավելացումներ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նվազեցումներ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չեն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102960">
        <w:rPr>
          <w:rFonts w:ascii="GHEA Grapalat" w:hAnsi="GHEA Grapalat"/>
          <w:sz w:val="24"/>
          <w:szCs w:val="24"/>
        </w:rPr>
        <w:t>։</w:t>
      </w:r>
    </w:p>
    <w:p w:rsidR="00AD532D" w:rsidRPr="00102960" w:rsidRDefault="001E55F5" w:rsidP="00C32252">
      <w:pPr>
        <w:spacing w:after="120" w:line="312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 xml:space="preserve">6.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հետ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. Հայաստանի վերափոխման ռազմավարություն 2050, Կառավարության 2021-2026թթ.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ծրագիր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ոլորտային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և/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>.</w:t>
      </w:r>
    </w:p>
    <w:p w:rsidR="00691CDA" w:rsidRPr="00102960" w:rsidRDefault="00691CDA" w:rsidP="00691CDA">
      <w:pPr>
        <w:spacing w:after="0" w:line="360" w:lineRule="auto"/>
        <w:ind w:firstLine="562"/>
        <w:jc w:val="both"/>
        <w:rPr>
          <w:rFonts w:ascii="GHEA Grapalat" w:hAnsi="GHEA Grapalat"/>
          <w:sz w:val="24"/>
          <w:szCs w:val="24"/>
        </w:rPr>
      </w:pPr>
      <w:proofErr w:type="spellStart"/>
      <w:r w:rsidRPr="00102960">
        <w:rPr>
          <w:rFonts w:ascii="GHEA Grapalat" w:hAnsi="GHEA Grapalat"/>
          <w:sz w:val="24"/>
          <w:szCs w:val="24"/>
        </w:rPr>
        <w:t>Նախագիծը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բխում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10296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102960">
        <w:rPr>
          <w:rFonts w:ascii="GHEA Grapalat" w:hAnsi="GHEA Grapalat"/>
          <w:sz w:val="24"/>
          <w:szCs w:val="24"/>
        </w:rPr>
        <w:t>թվականի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18-ի N 1902-Լ </w:t>
      </w:r>
      <w:proofErr w:type="spellStart"/>
      <w:r w:rsidRPr="00102960">
        <w:rPr>
          <w:rFonts w:ascii="GHEA Grapalat" w:hAnsi="GHEA Grapalat"/>
          <w:sz w:val="24"/>
          <w:szCs w:val="24"/>
        </w:rPr>
        <w:t>որոշման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Հավելված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N 1-ով </w:t>
      </w:r>
      <w:proofErr w:type="spellStart"/>
      <w:r w:rsidRPr="00102960">
        <w:rPr>
          <w:rFonts w:ascii="GHEA Grapalat" w:hAnsi="GHEA Grapalat"/>
          <w:sz w:val="24"/>
          <w:szCs w:val="24"/>
        </w:rPr>
        <w:t>հաստատված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0296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2021-2026 </w:t>
      </w:r>
      <w:proofErr w:type="spellStart"/>
      <w:r w:rsidRPr="00102960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ծրագրի</w:t>
      </w:r>
      <w:proofErr w:type="spellEnd"/>
      <w:r w:rsidRPr="00102960">
        <w:rPr>
          <w:rFonts w:ascii="GHEA Grapalat" w:hAnsi="GHEA Grapalat"/>
          <w:sz w:val="24"/>
          <w:szCs w:val="24"/>
        </w:rPr>
        <w:t>`</w:t>
      </w:r>
    </w:p>
    <w:p w:rsidR="00691CDA" w:rsidRPr="00102960" w:rsidRDefault="00691CDA" w:rsidP="00102960">
      <w:pPr>
        <w:pStyle w:val="ListBullet"/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 xml:space="preserve">«ՀՀ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կրթության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գիտության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մշակույթի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սպորտի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նախարարություն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» </w:t>
      </w:r>
      <w:proofErr w:type="spellStart"/>
      <w:r w:rsidRPr="00102960">
        <w:rPr>
          <w:rFonts w:ascii="GHEA Grapalat" w:hAnsi="GHEA Grapalat"/>
          <w:sz w:val="24"/>
          <w:szCs w:val="24"/>
        </w:rPr>
        <w:t>բաժնի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«8. </w:t>
      </w:r>
      <w:proofErr w:type="spellStart"/>
      <w:r w:rsidRPr="00102960">
        <w:rPr>
          <w:rFonts w:ascii="GHEA Grapalat" w:hAnsi="GHEA Grapalat"/>
          <w:sz w:val="24"/>
          <w:szCs w:val="24"/>
        </w:rPr>
        <w:t>Կառուցել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հիմնանորոգել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վերանորոգել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առնվազն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300 </w:t>
      </w:r>
      <w:proofErr w:type="spellStart"/>
      <w:r w:rsidRPr="00102960">
        <w:rPr>
          <w:rFonts w:ascii="GHEA Grapalat" w:hAnsi="GHEA Grapalat"/>
          <w:sz w:val="24"/>
          <w:szCs w:val="24"/>
        </w:rPr>
        <w:t>հանրակրթական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հաստատություններ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ապահովել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դրանց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հագեցումը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անհրաժեշտ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գույքով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8.4 </w:t>
      </w:r>
      <w:proofErr w:type="spellStart"/>
      <w:r w:rsidRPr="00102960">
        <w:rPr>
          <w:rFonts w:ascii="GHEA Grapalat" w:hAnsi="GHEA Grapalat"/>
          <w:sz w:val="24"/>
          <w:szCs w:val="24"/>
        </w:rPr>
        <w:t>Ցանկում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ընդգրկված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անհրաժեշտ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գույքով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հագեցվածության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ապահովում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Pr="00102960">
        <w:rPr>
          <w:rFonts w:ascii="GHEA Grapalat" w:hAnsi="GHEA Grapalat"/>
          <w:sz w:val="24"/>
          <w:szCs w:val="24"/>
        </w:rPr>
        <w:t>միջոցառում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ինչպես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նաև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102960">
        <w:rPr>
          <w:rFonts w:ascii="GHEA Grapalat" w:hAnsi="GHEA Grapalat"/>
          <w:sz w:val="24"/>
          <w:szCs w:val="24"/>
        </w:rPr>
        <w:t>թվականի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30-ի </w:t>
      </w:r>
      <w:r w:rsidR="00F0696F" w:rsidRPr="00102960">
        <w:rPr>
          <w:rFonts w:ascii="GHEA Grapalat" w:hAnsi="GHEA Grapalat"/>
          <w:sz w:val="24"/>
          <w:szCs w:val="24"/>
        </w:rPr>
        <w:t></w:t>
      </w:r>
      <w:proofErr w:type="spellStart"/>
      <w:r w:rsidRPr="0010296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102960">
        <w:rPr>
          <w:rFonts w:ascii="GHEA Grapalat" w:hAnsi="GHEA Grapalat"/>
          <w:sz w:val="24"/>
          <w:szCs w:val="24"/>
        </w:rPr>
        <w:t>Մինչև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102960">
        <w:rPr>
          <w:rFonts w:ascii="GHEA Grapalat" w:hAnsi="GHEA Grapalat"/>
          <w:sz w:val="24"/>
          <w:szCs w:val="24"/>
        </w:rPr>
        <w:t>թվականը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կառուցվող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հիմնանորոգվող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վերակառուցվող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300 </w:t>
      </w:r>
      <w:proofErr w:type="spellStart"/>
      <w:r w:rsidRPr="00102960">
        <w:rPr>
          <w:rFonts w:ascii="GHEA Grapalat" w:hAnsi="GHEA Grapalat"/>
          <w:sz w:val="24"/>
          <w:szCs w:val="24"/>
        </w:rPr>
        <w:t>դպրոցներ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»-ի </w:t>
      </w:r>
      <w:proofErr w:type="spellStart"/>
      <w:r w:rsidRPr="00102960">
        <w:rPr>
          <w:rFonts w:ascii="GHEA Grapalat" w:hAnsi="GHEA Grapalat"/>
          <w:sz w:val="24"/>
          <w:szCs w:val="24"/>
        </w:rPr>
        <w:t>ծրագրում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ընդգրկված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դպրոցների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ցանկը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ցանկում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ընդգրկված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դպրոցների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համար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սահմանված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շինարարական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102960">
        <w:rPr>
          <w:rFonts w:ascii="GHEA Grapalat" w:hAnsi="GHEA Grapalat"/>
          <w:sz w:val="24"/>
          <w:szCs w:val="24"/>
        </w:rPr>
        <w:t>կառուցման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վերակառուցման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հիմնանորոգման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համար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միջամտության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աստիճանի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ընտրության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չափորոշիչները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սահմանելու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մասին</w:t>
      </w:r>
      <w:proofErr w:type="spellEnd"/>
      <w:r w:rsidR="00F0696F" w:rsidRPr="00102960">
        <w:rPr>
          <w:rFonts w:ascii="GHEA Grapalat" w:hAnsi="GHEA Grapalat"/>
          <w:sz w:val="24"/>
          <w:szCs w:val="24"/>
        </w:rPr>
        <w:t>» N</w:t>
      </w:r>
      <w:r w:rsidRPr="00102960">
        <w:rPr>
          <w:rFonts w:ascii="GHEA Grapalat" w:hAnsi="GHEA Grapalat"/>
          <w:sz w:val="24"/>
          <w:szCs w:val="24"/>
        </w:rPr>
        <w:t xml:space="preserve">2093-Ն </w:t>
      </w:r>
      <w:proofErr w:type="spellStart"/>
      <w:r w:rsidRPr="00102960">
        <w:rPr>
          <w:rFonts w:ascii="GHEA Grapalat" w:hAnsi="GHEA Grapalat"/>
          <w:sz w:val="24"/>
          <w:szCs w:val="24"/>
        </w:rPr>
        <w:t>որոշում</w:t>
      </w:r>
      <w:proofErr w:type="spellEnd"/>
      <w:r w:rsidRPr="00102960">
        <w:rPr>
          <w:rFonts w:ascii="GHEA Grapalat" w:hAnsi="GHEA Grapalat"/>
          <w:sz w:val="24"/>
          <w:szCs w:val="24"/>
        </w:rPr>
        <w:t>:</w:t>
      </w:r>
    </w:p>
    <w:p w:rsidR="00691CDA" w:rsidRPr="00102960" w:rsidRDefault="00691CDA" w:rsidP="00691CDA">
      <w:pPr>
        <w:pStyle w:val="ListBullet"/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02960">
        <w:rPr>
          <w:rFonts w:ascii="GHEA Grapalat" w:hAnsi="GHEA Grapalat"/>
          <w:b/>
          <w:sz w:val="24"/>
          <w:szCs w:val="24"/>
        </w:rPr>
        <w:t xml:space="preserve">ՀՀ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առողջապահության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b/>
          <w:sz w:val="24"/>
          <w:szCs w:val="24"/>
        </w:rPr>
        <w:t>նախարարություն</w:t>
      </w:r>
      <w:proofErr w:type="spellEnd"/>
      <w:r w:rsidRPr="00102960">
        <w:rPr>
          <w:rFonts w:ascii="GHEA Grapalat" w:hAnsi="GHEA Grapalat"/>
          <w:b/>
          <w:sz w:val="24"/>
          <w:szCs w:val="24"/>
        </w:rPr>
        <w:t xml:space="preserve"> </w:t>
      </w:r>
      <w:proofErr w:type="spellStart"/>
      <w:r w:rsidRPr="00102960">
        <w:rPr>
          <w:rFonts w:ascii="GHEA Grapalat" w:hAnsi="GHEA Grapalat"/>
          <w:sz w:val="24"/>
          <w:szCs w:val="24"/>
        </w:rPr>
        <w:t>բաժնի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28. </w:t>
      </w:r>
      <w:proofErr w:type="spellStart"/>
      <w:r w:rsidRPr="00102960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արդիականացում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Pr="00102960">
        <w:rPr>
          <w:rFonts w:ascii="GHEA Grapalat" w:hAnsi="GHEA Grapalat"/>
          <w:sz w:val="24"/>
          <w:szCs w:val="24"/>
        </w:rPr>
        <w:t>նպատակի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28.16 </w:t>
      </w:r>
      <w:r w:rsidR="00B006C3" w:rsidRPr="00102960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B006C3" w:rsidRPr="00102960">
        <w:rPr>
          <w:rFonts w:ascii="GHEA Grapalat" w:hAnsi="GHEA Grapalat"/>
          <w:sz w:val="24"/>
          <w:szCs w:val="24"/>
        </w:rPr>
        <w:t>Կոտայքի</w:t>
      </w:r>
      <w:proofErr w:type="spellEnd"/>
      <w:r w:rsidR="00B006C3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6C3" w:rsidRPr="00102960">
        <w:rPr>
          <w:rFonts w:ascii="GHEA Grapalat" w:hAnsi="GHEA Grapalat"/>
          <w:sz w:val="24"/>
          <w:szCs w:val="24"/>
        </w:rPr>
        <w:t>մարզի</w:t>
      </w:r>
      <w:proofErr w:type="spellEnd"/>
      <w:r w:rsidR="00B006C3"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06C3" w:rsidRPr="00102960">
        <w:rPr>
          <w:rFonts w:ascii="GHEA Grapalat" w:hAnsi="GHEA Grapalat"/>
          <w:sz w:val="24"/>
          <w:szCs w:val="24"/>
        </w:rPr>
        <w:t>Եղվարդի</w:t>
      </w:r>
      <w:proofErr w:type="spellEnd"/>
      <w:r w:rsidR="00B006C3" w:rsidRPr="0010296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006C3" w:rsidRPr="00102960">
        <w:rPr>
          <w:rFonts w:ascii="GHEA Grapalat" w:hAnsi="GHEA Grapalat"/>
          <w:sz w:val="24"/>
          <w:szCs w:val="24"/>
        </w:rPr>
        <w:t>Նաիրի</w:t>
      </w:r>
      <w:proofErr w:type="spellEnd"/>
      <w:r w:rsidR="00B006C3" w:rsidRPr="00102960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B006C3" w:rsidRPr="00102960">
        <w:rPr>
          <w:rFonts w:ascii="GHEA Grapalat" w:hAnsi="GHEA Grapalat"/>
          <w:sz w:val="24"/>
          <w:szCs w:val="24"/>
        </w:rPr>
        <w:t>բժշկական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կենտրոնի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կառուցում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հագեցում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բժշկական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02960">
        <w:rPr>
          <w:rFonts w:ascii="GHEA Grapalat" w:hAnsi="GHEA Grapalat"/>
          <w:sz w:val="24"/>
          <w:szCs w:val="24"/>
        </w:rPr>
        <w:t>կահույքով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02960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02960">
        <w:rPr>
          <w:rFonts w:ascii="GHEA Grapalat" w:hAnsi="GHEA Grapalat"/>
          <w:sz w:val="24"/>
          <w:szCs w:val="24"/>
        </w:rPr>
        <w:t>պարագաներով</w:t>
      </w:r>
      <w:proofErr w:type="spellEnd"/>
      <w:r w:rsidRPr="00102960">
        <w:rPr>
          <w:rFonts w:ascii="GHEA Grapalat" w:hAnsi="GHEA Grapalat"/>
          <w:sz w:val="24"/>
          <w:szCs w:val="24"/>
        </w:rPr>
        <w:t xml:space="preserve"> </w:t>
      </w:r>
      <w:proofErr w:type="spellStart"/>
      <w:r w:rsidRPr="00102960">
        <w:rPr>
          <w:rFonts w:ascii="GHEA Grapalat" w:hAnsi="GHEA Grapalat"/>
          <w:sz w:val="24"/>
          <w:szCs w:val="24"/>
        </w:rPr>
        <w:t>միջոցառում</w:t>
      </w:r>
      <w:proofErr w:type="spellEnd"/>
      <w:r w:rsidRPr="00102960">
        <w:rPr>
          <w:rFonts w:ascii="GHEA Grapalat" w:hAnsi="GHEA Grapalat"/>
          <w:sz w:val="24"/>
          <w:szCs w:val="24"/>
        </w:rPr>
        <w:t>:</w:t>
      </w:r>
    </w:p>
    <w:p w:rsidR="00691CDA" w:rsidRPr="00102960" w:rsidRDefault="00691CDA" w:rsidP="00691CDA">
      <w:pPr>
        <w:pStyle w:val="ListBullet"/>
        <w:numPr>
          <w:ilvl w:val="0"/>
          <w:numId w:val="0"/>
        </w:numPr>
        <w:spacing w:after="80" w:line="312" w:lineRule="auto"/>
        <w:ind w:left="360"/>
        <w:jc w:val="both"/>
        <w:rPr>
          <w:rFonts w:ascii="GHEA Grapalat" w:hAnsi="GHEA Grapalat"/>
          <w:sz w:val="24"/>
          <w:szCs w:val="24"/>
        </w:rPr>
      </w:pPr>
    </w:p>
    <w:p w:rsidR="00AD532D" w:rsidRPr="00102960" w:rsidRDefault="00AD532D" w:rsidP="00691CDA">
      <w:pPr>
        <w:spacing w:after="240" w:line="312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sectPr w:rsidR="00AD532D" w:rsidRPr="00102960" w:rsidSect="00034616">
      <w:pgSz w:w="12240" w:h="15840"/>
      <w:pgMar w:top="1152" w:right="864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24CD"/>
    <w:rsid w:val="00102960"/>
    <w:rsid w:val="0015074B"/>
    <w:rsid w:val="001538AE"/>
    <w:rsid w:val="00161340"/>
    <w:rsid w:val="001C32DB"/>
    <w:rsid w:val="001E55F5"/>
    <w:rsid w:val="0029639D"/>
    <w:rsid w:val="002C27CC"/>
    <w:rsid w:val="00326F90"/>
    <w:rsid w:val="003724E9"/>
    <w:rsid w:val="00613E9D"/>
    <w:rsid w:val="00665BDD"/>
    <w:rsid w:val="00691CDA"/>
    <w:rsid w:val="006D5C47"/>
    <w:rsid w:val="006F2587"/>
    <w:rsid w:val="00751EA7"/>
    <w:rsid w:val="007A34D9"/>
    <w:rsid w:val="008727E2"/>
    <w:rsid w:val="008A6799"/>
    <w:rsid w:val="00A3567D"/>
    <w:rsid w:val="00AA1D8D"/>
    <w:rsid w:val="00AD532D"/>
    <w:rsid w:val="00B006C3"/>
    <w:rsid w:val="00B37B7B"/>
    <w:rsid w:val="00B47730"/>
    <w:rsid w:val="00C32252"/>
    <w:rsid w:val="00CB0664"/>
    <w:rsid w:val="00CB1378"/>
    <w:rsid w:val="00CF0A62"/>
    <w:rsid w:val="00D85005"/>
    <w:rsid w:val="00DF4A90"/>
    <w:rsid w:val="00E50FFA"/>
    <w:rsid w:val="00E73BAD"/>
    <w:rsid w:val="00EC17A7"/>
    <w:rsid w:val="00F069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B64BBB"/>
  <w14:defaultImageDpi w14:val="300"/>
  <w15:docId w15:val="{0716692A-5A6B-4022-9204-BE9AA308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62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4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0A7BD8-5301-492A-8E15-B55634081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>https://mul2.gov.am/tasks/1343905/oneclick?token=817b26935ce968ee7fcf7fc3c277769f</cp:keywords>
  <dc:description>generated by python-docx</dc:description>
  <cp:lastModifiedBy>Shushanik Isakhanyan</cp:lastModifiedBy>
  <cp:revision>19</cp:revision>
  <cp:lastPrinted>2026-06-08T08:57:00Z</cp:lastPrinted>
  <dcterms:created xsi:type="dcterms:W3CDTF">2026-06-09T07:03:00Z</dcterms:created>
  <dcterms:modified xsi:type="dcterms:W3CDTF">2026-06-09T11:05:00Z</dcterms:modified>
  <cp:category/>
</cp:coreProperties>
</file>