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B34" w:rsidRPr="00700A6C" w:rsidRDefault="007158F1" w:rsidP="00EA5CC9">
      <w:pPr>
        <w:spacing w:before="360" w:after="240" w:line="240" w:lineRule="auto"/>
        <w:ind w:left="576" w:hanging="576"/>
        <w:jc w:val="center"/>
        <w:rPr>
          <w:rFonts w:ascii="GHEA Grapalat" w:hAnsi="GHEA Grapalat"/>
          <w:b/>
          <w:sz w:val="24"/>
          <w:szCs w:val="24"/>
        </w:rPr>
      </w:pPr>
      <w:r w:rsidRPr="00700A6C">
        <w:rPr>
          <w:rFonts w:ascii="GHEA Grapalat" w:hAnsi="GHEA Grapalat"/>
          <w:b/>
          <w:sz w:val="24"/>
          <w:szCs w:val="24"/>
        </w:rPr>
        <w:t xml:space="preserve"> </w:t>
      </w:r>
      <w:r w:rsidR="00974B34" w:rsidRPr="00700A6C">
        <w:rPr>
          <w:rFonts w:ascii="GHEA Grapalat" w:hAnsi="GHEA Grapalat"/>
          <w:b/>
          <w:sz w:val="24"/>
          <w:szCs w:val="24"/>
        </w:rPr>
        <w:t>ՀԻՄՆԱՎՈՐՈՒՄ</w:t>
      </w:r>
    </w:p>
    <w:p w:rsidR="00EA5CC9" w:rsidRPr="00700A6C" w:rsidRDefault="00EA5CC9" w:rsidP="00EA5CC9">
      <w:pPr>
        <w:spacing w:before="360" w:after="240" w:line="240" w:lineRule="auto"/>
        <w:ind w:left="576" w:hanging="576"/>
        <w:jc w:val="center"/>
        <w:rPr>
          <w:rFonts w:ascii="GHEA Grapalat" w:hAnsi="GHEA Grapalat" w:cs="Arial Unicode"/>
          <w:b/>
          <w:color w:val="000000"/>
          <w:sz w:val="24"/>
          <w:szCs w:val="24"/>
          <w:lang w:val="af-ZA"/>
        </w:rPr>
      </w:pPr>
      <w:r w:rsidRPr="00700A6C">
        <w:rPr>
          <w:rFonts w:ascii="Arial" w:eastAsia="Calibri" w:hAnsi="Arial" w:cs="Arial"/>
          <w:b/>
          <w:bCs/>
          <w:sz w:val="24"/>
          <w:szCs w:val="24"/>
          <w:lang w:val="af-ZA"/>
        </w:rPr>
        <w:t> 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>«</w:t>
      </w:r>
      <w:r w:rsidRPr="00700A6C">
        <w:rPr>
          <w:rFonts w:ascii="GHEA Grapalat" w:eastAsia="Calibri" w:hAnsi="GHEA Grapalat"/>
          <w:b/>
          <w:sz w:val="24"/>
          <w:szCs w:val="24"/>
        </w:rPr>
        <w:t>ՀԱՅԱՍՏԱՆԻ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ՀԱՆՐԱՊԵՏՈՒԹՅԱՆ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2026 </w:t>
      </w:r>
      <w:r w:rsidRPr="00700A6C">
        <w:rPr>
          <w:rFonts w:ascii="GHEA Grapalat" w:eastAsia="Calibri" w:hAnsi="GHEA Grapalat"/>
          <w:b/>
          <w:sz w:val="24"/>
          <w:szCs w:val="24"/>
        </w:rPr>
        <w:t>ԹՎԱԿԱՆԻ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ՊԵՏԱԿԱՆ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ԲՅՈՒՋԵԻ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ՄԱՍԻՆ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» </w:t>
      </w:r>
      <w:r w:rsidRPr="00700A6C">
        <w:rPr>
          <w:rFonts w:ascii="GHEA Grapalat" w:eastAsia="Calibri" w:hAnsi="GHEA Grapalat"/>
          <w:b/>
          <w:sz w:val="24"/>
          <w:szCs w:val="24"/>
        </w:rPr>
        <w:t>ՕՐԵՆՔՈՒՄ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ՎԵՐԱԲԱՇԽՈՒՄՆԵՐ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, </w:t>
      </w:r>
      <w:r w:rsidRPr="00700A6C">
        <w:rPr>
          <w:rFonts w:ascii="GHEA Grapalat" w:eastAsia="Calibri" w:hAnsi="GHEA Grapalat"/>
          <w:b/>
          <w:sz w:val="24"/>
          <w:szCs w:val="24"/>
        </w:rPr>
        <w:t>ԼՐԱՑՈՒՄՆԵՐ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, </w:t>
      </w:r>
      <w:r w:rsidRPr="00700A6C">
        <w:rPr>
          <w:rFonts w:ascii="GHEA Grapalat" w:eastAsia="Calibri" w:hAnsi="GHEA Grapalat"/>
          <w:b/>
          <w:sz w:val="24"/>
          <w:szCs w:val="24"/>
        </w:rPr>
        <w:t>ՓՈՓՈԽՈՒԹՅՈՒՆՆԵՐ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, </w:t>
      </w:r>
      <w:r w:rsidRPr="00700A6C">
        <w:rPr>
          <w:rFonts w:ascii="GHEA Grapalat" w:eastAsia="Calibri" w:hAnsi="GHEA Grapalat"/>
          <w:b/>
          <w:sz w:val="24"/>
          <w:szCs w:val="24"/>
        </w:rPr>
        <w:t>ՀԱՅԱՍՏԱՆԻ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ՀԱՆՐԱՊԵՏՈՒԹՅԱՆ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ԿԱՌԱՎԱՐՈՒԹՅԱՆ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2025 </w:t>
      </w:r>
      <w:r w:rsidRPr="00700A6C">
        <w:rPr>
          <w:rFonts w:ascii="GHEA Grapalat" w:eastAsia="Calibri" w:hAnsi="GHEA Grapalat"/>
          <w:b/>
          <w:sz w:val="24"/>
          <w:szCs w:val="24"/>
        </w:rPr>
        <w:t>ԹՎԱԿԱՆԻ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ԴԵԿՏԵՄԲԵՐԻ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25-</w:t>
      </w:r>
      <w:r w:rsidRPr="00700A6C">
        <w:rPr>
          <w:rFonts w:ascii="GHEA Grapalat" w:eastAsia="Calibri" w:hAnsi="GHEA Grapalat"/>
          <w:b/>
          <w:sz w:val="24"/>
          <w:szCs w:val="24"/>
        </w:rPr>
        <w:t>Ի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N 1910-</w:t>
      </w:r>
      <w:r w:rsidRPr="00700A6C">
        <w:rPr>
          <w:rFonts w:ascii="GHEA Grapalat" w:eastAsia="Calibri" w:hAnsi="GHEA Grapalat"/>
          <w:b/>
          <w:sz w:val="24"/>
          <w:szCs w:val="24"/>
        </w:rPr>
        <w:t>Ն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ՈՐՈՇՄԱՆ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ՄԵՋ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 </w:t>
      </w:r>
      <w:r w:rsidRPr="00700A6C">
        <w:rPr>
          <w:rFonts w:ascii="GHEA Grapalat" w:eastAsia="Calibri" w:hAnsi="GHEA Grapalat"/>
          <w:b/>
          <w:sz w:val="24"/>
          <w:szCs w:val="24"/>
        </w:rPr>
        <w:t>ՓՈՓՈԽՈՒԹՅՈՒՆՆԵՐ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ԵՎ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ԼՐԱՑՈՒՄՆԵՐ</w:t>
      </w:r>
      <w:r w:rsidRPr="00700A6C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sz w:val="24"/>
          <w:szCs w:val="24"/>
        </w:rPr>
        <w:t>ԿԱՏԱՐԵԼՈՒ</w:t>
      </w:r>
      <w:r w:rsidR="00455FAC" w:rsidRPr="00700A6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bCs/>
          <w:sz w:val="24"/>
          <w:szCs w:val="24"/>
        </w:rPr>
        <w:t>ՄԱՍԻՆ</w:t>
      </w:r>
      <w:r w:rsidRPr="00700A6C">
        <w:rPr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bCs/>
          <w:sz w:val="24"/>
          <w:szCs w:val="24"/>
        </w:rPr>
        <w:t>ՆԱԽԱԳԾԻ</w:t>
      </w:r>
      <w:r w:rsidRPr="00700A6C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</w:t>
      </w:r>
      <w:r w:rsidRPr="00700A6C">
        <w:rPr>
          <w:rFonts w:ascii="GHEA Grapalat" w:eastAsia="Calibri" w:hAnsi="GHEA Grapalat"/>
          <w:b/>
          <w:bCs/>
          <w:sz w:val="24"/>
          <w:szCs w:val="24"/>
        </w:rPr>
        <w:t>ԸՆԴՈՒՆՄԱՆ</w:t>
      </w:r>
      <w:r w:rsidR="004A57CC">
        <w:rPr>
          <w:rFonts w:ascii="GHEA Grapalat" w:eastAsia="Calibri" w:hAnsi="GHEA Grapalat"/>
          <w:b/>
          <w:bCs/>
          <w:sz w:val="24"/>
          <w:szCs w:val="24"/>
        </w:rPr>
        <w:t>,</w:t>
      </w:r>
      <w:r w:rsidR="004A57CC" w:rsidRPr="004A57CC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4A57CC">
        <w:rPr>
          <w:rFonts w:ascii="GHEA Grapalat" w:eastAsia="Calibri" w:hAnsi="GHEA Grapalat"/>
          <w:b/>
          <w:sz w:val="24"/>
          <w:szCs w:val="24"/>
        </w:rPr>
        <w:t>ԻՆՉՊԵՍ ՆԱԵՎ  ՀԱՅԱՍՏԱՆԻ ՀԱՆՐԱՊԵՏՈՒԹՅԱՆ</w:t>
      </w:r>
      <w:r w:rsidR="004A57CC">
        <w:rPr>
          <w:rFonts w:ascii="GHEA Grapalat" w:eastAsia="Calibri" w:hAnsi="GHEA Grapalat"/>
          <w:b/>
          <w:bCs/>
          <w:sz w:val="24"/>
          <w:szCs w:val="24"/>
        </w:rPr>
        <w:t xml:space="preserve"> ՔԱՂԱՔԱՇԻՆՈՒԹՅԱՆ ԿՈՄԻՏԵԻՆ ԳՈՒՄԱՐ ՀԱՏԿԱՑՆԵԼՈՒ</w:t>
      </w:r>
      <w:r w:rsidR="004A57C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700A6C"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p w:rsidR="004D620C" w:rsidRPr="00700A6C" w:rsidRDefault="00761432">
      <w:pPr>
        <w:spacing w:before="240" w:after="120"/>
        <w:jc w:val="both"/>
        <w:rPr>
          <w:rFonts w:ascii="GHEA Grapalat" w:hAnsi="GHEA Grapalat"/>
          <w:sz w:val="24"/>
          <w:szCs w:val="24"/>
          <w:lang w:val="af-ZA"/>
        </w:rPr>
      </w:pPr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hAnsi="GHEA Grapalat"/>
          <w:b/>
          <w:sz w:val="24"/>
          <w:szCs w:val="24"/>
        </w:rPr>
        <w:t>և</w:t>
      </w:r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ակտերի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4D620C" w:rsidRPr="00700A6C" w:rsidRDefault="00761432">
      <w:pPr>
        <w:spacing w:after="12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r w:rsidRPr="00700A6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700A6C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կոմիտեի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700A6C">
        <w:rPr>
          <w:rFonts w:ascii="GHEA Grapalat" w:hAnsi="GHEA Grapalat"/>
          <w:sz w:val="24"/>
          <w:szCs w:val="24"/>
        </w:rPr>
        <w:t>այսուհետ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700A6C">
        <w:rPr>
          <w:rFonts w:ascii="GHEA Grapalat" w:hAnsi="GHEA Grapalat"/>
          <w:sz w:val="24"/>
          <w:szCs w:val="24"/>
        </w:rPr>
        <w:t>Կոմիտե</w:t>
      </w:r>
      <w:proofErr w:type="spellEnd"/>
      <w:r w:rsidRPr="00700A6C">
        <w:rPr>
          <w:rFonts w:ascii="GHEA Grapalat" w:hAnsi="GHEA Grapalat"/>
          <w:sz w:val="24"/>
          <w:szCs w:val="24"/>
        </w:rPr>
        <w:t>) և ԱՐՍԵՎ ՍՊԸ-ի (</w:t>
      </w:r>
      <w:proofErr w:type="spellStart"/>
      <w:r w:rsidRPr="00700A6C">
        <w:rPr>
          <w:rFonts w:ascii="GHEA Grapalat" w:hAnsi="GHEA Grapalat"/>
          <w:sz w:val="24"/>
          <w:szCs w:val="24"/>
        </w:rPr>
        <w:t>այսուհետ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700A6C">
        <w:rPr>
          <w:rFonts w:ascii="GHEA Grapalat" w:hAnsi="GHEA Grapalat"/>
          <w:sz w:val="24"/>
          <w:szCs w:val="24"/>
        </w:rPr>
        <w:t>Ընկերություն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700A6C">
        <w:rPr>
          <w:rFonts w:ascii="GHEA Grapalat" w:hAnsi="GHEA Grapalat"/>
          <w:sz w:val="24"/>
          <w:szCs w:val="24"/>
        </w:rPr>
        <w:t>միջև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Pr="00700A6C">
        <w:rPr>
          <w:rFonts w:ascii="GHEA Grapalat" w:hAnsi="GHEA Grapalat"/>
          <w:sz w:val="24"/>
          <w:szCs w:val="24"/>
        </w:rPr>
        <w:t>թվականի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30-ին և 2022 </w:t>
      </w:r>
      <w:proofErr w:type="spellStart"/>
      <w:r w:rsidRPr="00700A6C">
        <w:rPr>
          <w:rFonts w:ascii="GHEA Grapalat" w:hAnsi="GHEA Grapalat"/>
          <w:sz w:val="24"/>
          <w:szCs w:val="24"/>
        </w:rPr>
        <w:t>թվականի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ապրիլի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28-ին </w:t>
      </w:r>
      <w:proofErr w:type="spellStart"/>
      <w:r w:rsidRPr="00700A6C">
        <w:rPr>
          <w:rFonts w:ascii="GHEA Grapalat" w:hAnsi="GHEA Grapalat"/>
          <w:sz w:val="24"/>
          <w:szCs w:val="24"/>
        </w:rPr>
        <w:t>կնքվել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են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համապատասխանաբար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700A6C">
        <w:rPr>
          <w:rFonts w:ascii="GHEA Grapalat" w:hAnsi="GHEA Grapalat"/>
          <w:sz w:val="24"/>
          <w:szCs w:val="24"/>
        </w:rPr>
        <w:t>Գեղարքունիքի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մարզի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700A6C">
        <w:rPr>
          <w:rFonts w:ascii="GHEA Grapalat" w:hAnsi="GHEA Grapalat"/>
          <w:sz w:val="24"/>
          <w:szCs w:val="24"/>
        </w:rPr>
        <w:t>Ներքին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Գետաշենի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թիվ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Pr="00700A6C">
        <w:rPr>
          <w:rFonts w:ascii="GHEA Grapalat" w:hAnsi="GHEA Grapalat"/>
          <w:sz w:val="24"/>
          <w:szCs w:val="24"/>
        </w:rPr>
        <w:t>միջնակարգ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դպրոց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» ՊՈԱԿ-ի </w:t>
      </w:r>
      <w:proofErr w:type="spellStart"/>
      <w:r w:rsidRPr="00700A6C">
        <w:rPr>
          <w:rFonts w:ascii="GHEA Grapalat" w:hAnsi="GHEA Grapalat"/>
          <w:sz w:val="24"/>
          <w:szCs w:val="24"/>
        </w:rPr>
        <w:t>նոր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մասնաշենքի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կառուցման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N ՀՀՔԿ-ԲՄԱՇՁԲ-21/6 և ՀՀ </w:t>
      </w:r>
      <w:proofErr w:type="spellStart"/>
      <w:r w:rsidRPr="00700A6C">
        <w:rPr>
          <w:rFonts w:ascii="GHEA Grapalat" w:hAnsi="GHEA Grapalat"/>
          <w:sz w:val="24"/>
          <w:szCs w:val="24"/>
        </w:rPr>
        <w:t>Կոտայքի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մարզի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Եղվարդի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700A6C">
        <w:rPr>
          <w:rFonts w:ascii="GHEA Grapalat" w:hAnsi="GHEA Grapalat"/>
          <w:sz w:val="24"/>
          <w:szCs w:val="24"/>
        </w:rPr>
        <w:t>Նաիրի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700A6C">
        <w:rPr>
          <w:rFonts w:ascii="GHEA Grapalat" w:hAnsi="GHEA Grapalat"/>
          <w:sz w:val="24"/>
          <w:szCs w:val="24"/>
        </w:rPr>
        <w:t>բժշկական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կենտրոնի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կառուցման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N ՀՀՔԿ-ԲՄԱՇՁԲ-21/11 </w:t>
      </w:r>
      <w:proofErr w:type="spellStart"/>
      <w:r w:rsidRPr="00700A6C">
        <w:rPr>
          <w:rFonts w:ascii="GHEA Grapalat" w:hAnsi="GHEA Grapalat"/>
          <w:sz w:val="24"/>
          <w:szCs w:val="24"/>
        </w:rPr>
        <w:t>գնման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պայմանագրերը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700A6C">
        <w:rPr>
          <w:rFonts w:ascii="GHEA Grapalat" w:hAnsi="GHEA Grapalat"/>
          <w:sz w:val="24"/>
          <w:szCs w:val="24"/>
        </w:rPr>
        <w:t>այսուհետ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՝ </w:t>
      </w:r>
      <w:proofErr w:type="spellStart"/>
      <w:proofErr w:type="gramStart"/>
      <w:r w:rsidRPr="00700A6C">
        <w:rPr>
          <w:rFonts w:ascii="GHEA Grapalat" w:hAnsi="GHEA Grapalat"/>
          <w:sz w:val="24"/>
          <w:szCs w:val="24"/>
        </w:rPr>
        <w:t>Պայմանագրեր</w:t>
      </w:r>
      <w:proofErr w:type="spellEnd"/>
      <w:r w:rsidRPr="00700A6C">
        <w:rPr>
          <w:rFonts w:ascii="GHEA Grapalat" w:hAnsi="GHEA Grapalat"/>
          <w:sz w:val="24"/>
          <w:szCs w:val="24"/>
        </w:rPr>
        <w:t>)։</w:t>
      </w:r>
      <w:proofErr w:type="gramEnd"/>
    </w:p>
    <w:p w:rsidR="004D620C" w:rsidRPr="00700A6C" w:rsidRDefault="00761432">
      <w:pPr>
        <w:spacing w:after="12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proofErr w:type="spellStart"/>
      <w:r w:rsidRPr="00700A6C">
        <w:rPr>
          <w:rFonts w:ascii="GHEA Grapalat" w:hAnsi="GHEA Grapalat"/>
          <w:sz w:val="24"/>
          <w:szCs w:val="24"/>
        </w:rPr>
        <w:t>Հիմք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700A6C">
        <w:rPr>
          <w:rFonts w:ascii="GHEA Grapalat" w:hAnsi="GHEA Grapalat"/>
          <w:sz w:val="24"/>
          <w:szCs w:val="24"/>
        </w:rPr>
        <w:t>Գնումների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մասին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700A6C">
        <w:rPr>
          <w:rFonts w:ascii="GHEA Grapalat" w:hAnsi="GHEA Grapalat"/>
          <w:sz w:val="24"/>
          <w:szCs w:val="24"/>
        </w:rPr>
        <w:t>օրենքի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35-րդ </w:t>
      </w:r>
      <w:proofErr w:type="spellStart"/>
      <w:r w:rsidRPr="00700A6C">
        <w:rPr>
          <w:rFonts w:ascii="GHEA Grapalat" w:hAnsi="GHEA Grapalat"/>
          <w:sz w:val="24"/>
          <w:szCs w:val="24"/>
        </w:rPr>
        <w:t>հոդվածի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, ՀՀ </w:t>
      </w:r>
      <w:proofErr w:type="spellStart"/>
      <w:r w:rsidRPr="00700A6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700A6C">
        <w:rPr>
          <w:rFonts w:ascii="GHEA Grapalat" w:hAnsi="GHEA Grapalat"/>
          <w:sz w:val="24"/>
          <w:szCs w:val="24"/>
        </w:rPr>
        <w:t>թվականի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մայիսի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4-ի </w:t>
      </w:r>
      <w:proofErr w:type="spellStart"/>
      <w:r w:rsidRPr="00700A6C">
        <w:rPr>
          <w:rFonts w:ascii="GHEA Grapalat" w:hAnsi="GHEA Grapalat"/>
          <w:sz w:val="24"/>
          <w:szCs w:val="24"/>
        </w:rPr>
        <w:t>Գնումների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գործընթացի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կարգը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00A6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2011 </w:t>
      </w:r>
      <w:proofErr w:type="spellStart"/>
      <w:r w:rsidRPr="00700A6C">
        <w:rPr>
          <w:rFonts w:ascii="GHEA Grapalat" w:hAnsi="GHEA Grapalat"/>
          <w:sz w:val="24"/>
          <w:szCs w:val="24"/>
        </w:rPr>
        <w:t>թվականի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փետրվարի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10-ի N 168-Ն </w:t>
      </w:r>
      <w:proofErr w:type="spellStart"/>
      <w:r w:rsidRPr="00700A6C">
        <w:rPr>
          <w:rFonts w:ascii="GHEA Grapalat" w:hAnsi="GHEA Grapalat"/>
          <w:sz w:val="24"/>
          <w:szCs w:val="24"/>
        </w:rPr>
        <w:t>որոշումն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ուժը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կորցրած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ճանաչելու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մասին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 N 526-Ն </w:t>
      </w:r>
      <w:proofErr w:type="spellStart"/>
      <w:r w:rsidRPr="00700A6C">
        <w:rPr>
          <w:rFonts w:ascii="GHEA Grapalat" w:hAnsi="GHEA Grapalat"/>
          <w:sz w:val="24"/>
          <w:szCs w:val="24"/>
        </w:rPr>
        <w:t>որոշման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33-րդ </w:t>
      </w:r>
      <w:proofErr w:type="spellStart"/>
      <w:r w:rsidRPr="00700A6C">
        <w:rPr>
          <w:rFonts w:ascii="GHEA Grapalat" w:hAnsi="GHEA Grapalat"/>
          <w:sz w:val="24"/>
          <w:szCs w:val="24"/>
        </w:rPr>
        <w:t>կետի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8-րդ և 12-րդ </w:t>
      </w:r>
      <w:proofErr w:type="spellStart"/>
      <w:r w:rsidRPr="00700A6C">
        <w:rPr>
          <w:rFonts w:ascii="GHEA Grapalat" w:hAnsi="GHEA Grapalat"/>
          <w:sz w:val="24"/>
          <w:szCs w:val="24"/>
        </w:rPr>
        <w:t>ենթակետերի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00A6C">
        <w:rPr>
          <w:rFonts w:ascii="GHEA Grapalat" w:hAnsi="GHEA Grapalat"/>
          <w:sz w:val="24"/>
          <w:szCs w:val="24"/>
        </w:rPr>
        <w:t>Պայմանագրերի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8.3 </w:t>
      </w:r>
      <w:proofErr w:type="spellStart"/>
      <w:r w:rsidRPr="00700A6C">
        <w:rPr>
          <w:rFonts w:ascii="GHEA Grapalat" w:hAnsi="GHEA Grapalat"/>
          <w:sz w:val="24"/>
          <w:szCs w:val="24"/>
        </w:rPr>
        <w:t>կետի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պահանջները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700A6C">
        <w:rPr>
          <w:rFonts w:ascii="GHEA Grapalat" w:hAnsi="GHEA Grapalat"/>
          <w:sz w:val="24"/>
          <w:szCs w:val="24"/>
        </w:rPr>
        <w:t>Կոմիտեն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700A6C">
        <w:rPr>
          <w:rFonts w:ascii="GHEA Grapalat" w:hAnsi="GHEA Grapalat"/>
          <w:sz w:val="24"/>
          <w:szCs w:val="24"/>
        </w:rPr>
        <w:t>թվականի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մարտի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25-ին </w:t>
      </w:r>
      <w:proofErr w:type="spellStart"/>
      <w:r w:rsidRPr="00700A6C">
        <w:rPr>
          <w:rFonts w:ascii="GHEA Grapalat" w:hAnsi="GHEA Grapalat"/>
          <w:sz w:val="24"/>
          <w:szCs w:val="24"/>
        </w:rPr>
        <w:t>միակողմանիորեն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լուծել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700A6C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հետ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կնքած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Պայմանագրերը</w:t>
      </w:r>
      <w:proofErr w:type="spellEnd"/>
      <w:r w:rsidRPr="00700A6C">
        <w:rPr>
          <w:rFonts w:ascii="GHEA Grapalat" w:hAnsi="GHEA Grapalat"/>
          <w:sz w:val="24"/>
          <w:szCs w:val="24"/>
        </w:rPr>
        <w:t>։</w:t>
      </w:r>
    </w:p>
    <w:p w:rsidR="004D620C" w:rsidRPr="00700A6C" w:rsidRDefault="00761432">
      <w:pPr>
        <w:spacing w:after="12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proofErr w:type="spellStart"/>
      <w:r w:rsidRPr="00700A6C">
        <w:rPr>
          <w:rFonts w:ascii="GHEA Grapalat" w:hAnsi="GHEA Grapalat"/>
          <w:sz w:val="24"/>
          <w:szCs w:val="24"/>
        </w:rPr>
        <w:t>Պայմանագրերի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միակողմանի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լուծման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վերոնշյալ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դադարեցվել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են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700A6C">
        <w:rPr>
          <w:rFonts w:ascii="GHEA Grapalat" w:hAnsi="GHEA Grapalat"/>
          <w:sz w:val="24"/>
          <w:szCs w:val="24"/>
        </w:rPr>
        <w:t>Տվյալ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տարածքներում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պատշաճ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ապահովման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00A6C">
        <w:rPr>
          <w:rFonts w:ascii="GHEA Grapalat" w:hAnsi="GHEA Grapalat"/>
          <w:sz w:val="24"/>
          <w:szCs w:val="24"/>
        </w:rPr>
        <w:t>ինչպես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նաև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առկա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նյութերի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00A6C">
        <w:rPr>
          <w:rFonts w:ascii="GHEA Grapalat" w:hAnsi="GHEA Grapalat"/>
          <w:sz w:val="24"/>
          <w:szCs w:val="24"/>
        </w:rPr>
        <w:t>կոնստրուկցիաների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00A6C">
        <w:rPr>
          <w:rFonts w:ascii="GHEA Grapalat" w:hAnsi="GHEA Grapalat"/>
          <w:sz w:val="24"/>
          <w:szCs w:val="24"/>
        </w:rPr>
        <w:t>սարքերի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ու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սարքավորումների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անվնաս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պահպանությունն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նպատակով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առաջացել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700A6C">
        <w:rPr>
          <w:rFonts w:ascii="GHEA Grapalat" w:hAnsi="GHEA Grapalat"/>
          <w:sz w:val="24"/>
          <w:szCs w:val="24"/>
        </w:rPr>
        <w:t>անհետաձգելի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700A6C">
        <w:rPr>
          <w:rFonts w:ascii="GHEA Grapalat" w:hAnsi="GHEA Grapalat"/>
          <w:sz w:val="24"/>
          <w:szCs w:val="24"/>
        </w:rPr>
        <w:t>ձեռք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բերելու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պահնորդական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ծառայություններ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700A6C">
        <w:rPr>
          <w:rFonts w:ascii="GHEA Grapalat" w:hAnsi="GHEA Grapalat"/>
          <w:sz w:val="24"/>
          <w:szCs w:val="24"/>
        </w:rPr>
        <w:t>մինչև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նշված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համար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կարգով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նոր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գնման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ընթացակարգերի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կազմակերպումը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00A6C">
        <w:rPr>
          <w:rFonts w:ascii="GHEA Grapalat" w:hAnsi="GHEA Grapalat"/>
          <w:sz w:val="24"/>
          <w:szCs w:val="24"/>
        </w:rPr>
        <w:t>նոր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կապալառուների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հետ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պայմանագրերի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կնքումը</w:t>
      </w:r>
      <w:proofErr w:type="spellEnd"/>
      <w:r w:rsidRPr="00700A6C">
        <w:rPr>
          <w:rFonts w:ascii="GHEA Grapalat" w:hAnsi="GHEA Grapalat"/>
          <w:sz w:val="24"/>
          <w:szCs w:val="24"/>
        </w:rPr>
        <w:t>։</w:t>
      </w:r>
    </w:p>
    <w:p w:rsidR="004D620C" w:rsidRDefault="00761432" w:rsidP="00BD6F4E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proofErr w:type="spellStart"/>
      <w:r w:rsidRPr="00700A6C">
        <w:rPr>
          <w:rFonts w:ascii="GHEA Grapalat" w:hAnsi="GHEA Grapalat"/>
          <w:sz w:val="24"/>
          <w:szCs w:val="24"/>
        </w:rPr>
        <w:lastRenderedPageBreak/>
        <w:t>Հաշվի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առնելով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խնդրի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հրատապությունը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00A6C">
        <w:rPr>
          <w:rFonts w:ascii="GHEA Grapalat" w:hAnsi="GHEA Grapalat"/>
          <w:sz w:val="24"/>
          <w:szCs w:val="24"/>
        </w:rPr>
        <w:t>հնարավոր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անցանկալի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հետևանքները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700A6C">
        <w:rPr>
          <w:rFonts w:ascii="GHEA Grapalat" w:hAnsi="GHEA Grapalat"/>
          <w:sz w:val="24"/>
          <w:szCs w:val="24"/>
        </w:rPr>
        <w:t>գույքի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կորուստ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00A6C">
        <w:rPr>
          <w:rFonts w:ascii="GHEA Grapalat" w:hAnsi="GHEA Grapalat"/>
          <w:sz w:val="24"/>
          <w:szCs w:val="24"/>
        </w:rPr>
        <w:t>վնասում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կանոնների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700A6C">
        <w:rPr>
          <w:rFonts w:ascii="GHEA Grapalat" w:hAnsi="GHEA Grapalat"/>
          <w:sz w:val="24"/>
          <w:szCs w:val="24"/>
        </w:rPr>
        <w:t>խախտում</w:t>
      </w:r>
      <w:proofErr w:type="spellEnd"/>
      <w:r w:rsidRPr="00700A6C">
        <w:rPr>
          <w:rFonts w:ascii="GHEA Grapalat" w:hAnsi="GHEA Grapalat"/>
          <w:sz w:val="24"/>
          <w:szCs w:val="24"/>
        </w:rPr>
        <w:t>)՝</w:t>
      </w:r>
      <w:proofErr w:type="gram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պահնորդական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ծառայություններն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անհրաժեշտ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700A6C">
        <w:rPr>
          <w:rFonts w:ascii="GHEA Grapalat" w:hAnsi="GHEA Grapalat"/>
          <w:sz w:val="24"/>
          <w:szCs w:val="24"/>
        </w:rPr>
        <w:t>ձեռք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բերել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700A6C">
        <w:rPr>
          <w:rFonts w:ascii="GHEA Grapalat" w:hAnsi="GHEA Grapalat"/>
          <w:sz w:val="24"/>
          <w:szCs w:val="24"/>
        </w:rPr>
        <w:t>Գնումների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մասին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700A6C">
        <w:rPr>
          <w:rFonts w:ascii="GHEA Grapalat" w:hAnsi="GHEA Grapalat"/>
          <w:sz w:val="24"/>
          <w:szCs w:val="24"/>
        </w:rPr>
        <w:t>օրենքի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23-րդ </w:t>
      </w:r>
      <w:proofErr w:type="spellStart"/>
      <w:r w:rsidRPr="00700A6C">
        <w:rPr>
          <w:rFonts w:ascii="GHEA Grapalat" w:hAnsi="GHEA Grapalat"/>
          <w:sz w:val="24"/>
          <w:szCs w:val="24"/>
        </w:rPr>
        <w:t>հոդվածի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700A6C">
        <w:rPr>
          <w:rFonts w:ascii="GHEA Grapalat" w:hAnsi="GHEA Grapalat"/>
          <w:sz w:val="24"/>
          <w:szCs w:val="24"/>
        </w:rPr>
        <w:t>մասի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Pr="00700A6C">
        <w:rPr>
          <w:rFonts w:ascii="GHEA Grapalat" w:hAnsi="GHEA Grapalat"/>
          <w:sz w:val="24"/>
          <w:szCs w:val="24"/>
        </w:rPr>
        <w:t>կետի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հիման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վրա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700A6C">
        <w:rPr>
          <w:rFonts w:ascii="GHEA Grapalat" w:hAnsi="GHEA Grapalat"/>
          <w:sz w:val="24"/>
          <w:szCs w:val="24"/>
        </w:rPr>
        <w:t>հրատապ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մեկ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անձից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գնման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ընթացակարգով</w:t>
      </w:r>
      <w:proofErr w:type="spellEnd"/>
      <w:r w:rsidRPr="00700A6C">
        <w:rPr>
          <w:rFonts w:ascii="GHEA Grapalat" w:hAnsi="GHEA Grapalat"/>
          <w:sz w:val="24"/>
          <w:szCs w:val="24"/>
        </w:rPr>
        <w:t>։</w:t>
      </w:r>
    </w:p>
    <w:p w:rsidR="00BD6F4E" w:rsidRPr="00700A6C" w:rsidRDefault="00BD6F4E" w:rsidP="0044655A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D6F4E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BD6F4E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BD6F4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6F4E">
        <w:rPr>
          <w:rFonts w:ascii="GHEA Grapalat" w:hAnsi="GHEA Grapalat"/>
          <w:sz w:val="24"/>
          <w:szCs w:val="24"/>
        </w:rPr>
        <w:t>կոմիտեի</w:t>
      </w:r>
      <w:proofErr w:type="spellEnd"/>
      <w:r w:rsidRPr="00BD6F4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6F4E">
        <w:rPr>
          <w:rFonts w:ascii="GHEA Grapalat" w:hAnsi="GHEA Grapalat"/>
          <w:sz w:val="24"/>
          <w:szCs w:val="24"/>
        </w:rPr>
        <w:t>կողմից</w:t>
      </w:r>
      <w:proofErr w:type="spellEnd"/>
      <w:r w:rsidRPr="00BD6F4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6F4E">
        <w:rPr>
          <w:rFonts w:ascii="GHEA Grapalat" w:hAnsi="GHEA Grapalat"/>
          <w:sz w:val="24"/>
          <w:szCs w:val="24"/>
        </w:rPr>
        <w:t>որոշվել</w:t>
      </w:r>
      <w:proofErr w:type="spellEnd"/>
      <w:r w:rsidRPr="00BD6F4E">
        <w:rPr>
          <w:rFonts w:ascii="GHEA Grapalat" w:hAnsi="GHEA Grapalat"/>
          <w:sz w:val="24"/>
          <w:szCs w:val="24"/>
        </w:rPr>
        <w:t xml:space="preserve"> է ծառայությունները ձեռք բերել հրատապության հիմքով մեկ անձից գնման ընթացակարգով՝ նկատի ունենալով, որ ՀՀ կառավարության 04.05.2017թ. N 526-Ն որոշմամբ հաստատված կարգի 21-րդ կետի 1-ին ենթակետի դ պարբերության համաձայն՝ հրատապության հիմքով պայմանավորված մեկ անձից գնումների կատարման վերաբերյալ որոշումը կայացնում է պատվիրատուի ղեկավարը՝ առանց ՀՀ </w:t>
      </w:r>
      <w:proofErr w:type="spellStart"/>
      <w:r w:rsidRPr="00BD6F4E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BD6F4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6F4E">
        <w:rPr>
          <w:rFonts w:ascii="GHEA Grapalat" w:hAnsi="GHEA Grapalat"/>
          <w:sz w:val="24"/>
          <w:szCs w:val="24"/>
        </w:rPr>
        <w:t>կողմից</w:t>
      </w:r>
      <w:proofErr w:type="spellEnd"/>
      <w:r w:rsidRPr="00BD6F4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6F4E">
        <w:rPr>
          <w:rFonts w:ascii="GHEA Grapalat" w:hAnsi="GHEA Grapalat"/>
          <w:sz w:val="24"/>
          <w:szCs w:val="24"/>
        </w:rPr>
        <w:t>նման</w:t>
      </w:r>
      <w:proofErr w:type="spellEnd"/>
      <w:r w:rsidRPr="00BD6F4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6F4E">
        <w:rPr>
          <w:rFonts w:ascii="GHEA Grapalat" w:hAnsi="GHEA Grapalat"/>
          <w:sz w:val="24"/>
          <w:szCs w:val="24"/>
        </w:rPr>
        <w:t>թույլտվություն</w:t>
      </w:r>
      <w:proofErr w:type="spellEnd"/>
      <w:r w:rsidRPr="00BD6F4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6F4E">
        <w:rPr>
          <w:rFonts w:ascii="GHEA Grapalat" w:hAnsi="GHEA Grapalat"/>
          <w:sz w:val="24"/>
          <w:szCs w:val="24"/>
        </w:rPr>
        <w:t>ստանալու</w:t>
      </w:r>
      <w:proofErr w:type="spellEnd"/>
      <w:r w:rsidRPr="00BD6F4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6F4E">
        <w:rPr>
          <w:rFonts w:ascii="GHEA Grapalat" w:hAnsi="GHEA Grapalat"/>
          <w:sz w:val="24"/>
          <w:szCs w:val="24"/>
        </w:rPr>
        <w:t>հանգամանքի</w:t>
      </w:r>
      <w:proofErr w:type="spellEnd"/>
      <w:r w:rsidRPr="00BD6F4E">
        <w:rPr>
          <w:rFonts w:ascii="GHEA Grapalat" w:hAnsi="GHEA Grapalat"/>
          <w:sz w:val="24"/>
          <w:szCs w:val="24"/>
        </w:rPr>
        <w:t>:</w:t>
      </w:r>
    </w:p>
    <w:p w:rsidR="004D620C" w:rsidRPr="00700A6C" w:rsidRDefault="00761432">
      <w:pPr>
        <w:spacing w:before="240" w:after="120"/>
        <w:jc w:val="both"/>
        <w:rPr>
          <w:rFonts w:ascii="GHEA Grapalat" w:hAnsi="GHEA Grapalat"/>
          <w:sz w:val="24"/>
          <w:szCs w:val="24"/>
        </w:rPr>
      </w:pPr>
      <w:r w:rsidRPr="00700A6C">
        <w:rPr>
          <w:rFonts w:ascii="GHEA Grapalat" w:hAnsi="GHEA Grapalat"/>
          <w:b/>
          <w:sz w:val="24"/>
          <w:szCs w:val="24"/>
        </w:rPr>
        <w:t xml:space="preserve">2.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 w:rsidRPr="00700A6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700A6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բնույթը</w:t>
      </w:r>
      <w:proofErr w:type="spellEnd"/>
      <w:r w:rsidRPr="00700A6C">
        <w:rPr>
          <w:rFonts w:ascii="GHEA Grapalat" w:hAnsi="GHEA Grapalat"/>
          <w:b/>
          <w:sz w:val="24"/>
          <w:szCs w:val="24"/>
        </w:rPr>
        <w:t>.</w:t>
      </w:r>
    </w:p>
    <w:p w:rsidR="004D620C" w:rsidRPr="00700A6C" w:rsidRDefault="00761432" w:rsidP="00F01DA7">
      <w:pPr>
        <w:spacing w:after="12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proofErr w:type="spellStart"/>
      <w:r w:rsidRPr="00700A6C">
        <w:rPr>
          <w:rFonts w:ascii="GHEA Grapalat" w:hAnsi="GHEA Grapalat"/>
          <w:sz w:val="24"/>
          <w:szCs w:val="24"/>
        </w:rPr>
        <w:t>Նախագծով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700A6C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կոմիտեի</w:t>
      </w:r>
      <w:proofErr w:type="spellEnd"/>
      <w:r w:rsidR="00700A6C">
        <w:rPr>
          <w:rFonts w:ascii="GHEA Grapalat" w:hAnsi="GHEA Grapalat"/>
          <w:sz w:val="24"/>
          <w:szCs w:val="24"/>
          <w:lang w:val="hy-AM"/>
        </w:rPr>
        <w:t xml:space="preserve"> պատվիրատվությամբ իրականացվող</w:t>
      </w:r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վերը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նշված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երկու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(«</w:t>
      </w:r>
      <w:proofErr w:type="spellStart"/>
      <w:r w:rsidRPr="00700A6C">
        <w:rPr>
          <w:rFonts w:ascii="GHEA Grapalat" w:hAnsi="GHEA Grapalat"/>
          <w:sz w:val="24"/>
          <w:szCs w:val="24"/>
        </w:rPr>
        <w:t>Ներքին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Գետաշենի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թիվ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Pr="00700A6C">
        <w:rPr>
          <w:rFonts w:ascii="GHEA Grapalat" w:hAnsi="GHEA Grapalat"/>
          <w:sz w:val="24"/>
          <w:szCs w:val="24"/>
        </w:rPr>
        <w:t>միջնակարգ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դպրոց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» ՊՈԱԿ և </w:t>
      </w:r>
      <w:proofErr w:type="spellStart"/>
      <w:r w:rsidRPr="00700A6C">
        <w:rPr>
          <w:rFonts w:ascii="GHEA Grapalat" w:hAnsi="GHEA Grapalat"/>
          <w:sz w:val="24"/>
          <w:szCs w:val="24"/>
        </w:rPr>
        <w:t>Եղվարդի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բժշկական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կենտրոն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700A6C">
        <w:rPr>
          <w:rFonts w:ascii="GHEA Grapalat" w:hAnsi="GHEA Grapalat"/>
          <w:sz w:val="24"/>
          <w:szCs w:val="24"/>
        </w:rPr>
        <w:t>տարածքների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պահպանության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համար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հրատապ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մեկ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անձից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գնման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ընթացակարգով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ձեռք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բերել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պահնորդական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ծառայություններ</w:t>
      </w:r>
      <w:proofErr w:type="spellEnd"/>
      <w:r w:rsidRPr="00700A6C">
        <w:rPr>
          <w:rFonts w:ascii="GHEA Grapalat" w:hAnsi="GHEA Grapalat"/>
          <w:sz w:val="24"/>
          <w:szCs w:val="24"/>
        </w:rPr>
        <w:t>՝ 3 (</w:t>
      </w:r>
      <w:proofErr w:type="spellStart"/>
      <w:r w:rsidRPr="00700A6C">
        <w:rPr>
          <w:rFonts w:ascii="GHEA Grapalat" w:hAnsi="GHEA Grapalat"/>
          <w:sz w:val="24"/>
          <w:szCs w:val="24"/>
        </w:rPr>
        <w:t>երեք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700A6C">
        <w:rPr>
          <w:rFonts w:ascii="GHEA Grapalat" w:hAnsi="GHEA Grapalat"/>
          <w:sz w:val="24"/>
          <w:szCs w:val="24"/>
        </w:rPr>
        <w:t>ամիս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ժամկետով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: ՀՀ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Կոտայքի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մարզի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Եղվարդի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Նաիրի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բժշկական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կենտրոնի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տարածքում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պահնորդական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ձեռքբերման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համար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անհրաժեշտ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գումարը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կազմում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է 5,500,000 ՀՀ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դրամ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հաշվի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առնելով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կենտրոնի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ընդհանուր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հողատարածքի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(29,696.3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քմ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) և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առկա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(2,280.6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քմ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մեծ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ծավալները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Իսկ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Գեղարքունիքի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մարզի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Ներքին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Գետաշենի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թիվ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միջնակարգ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դպրոց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» ՊՈԱԿ-ի </w:t>
      </w:r>
      <w:proofErr w:type="spellStart"/>
      <w:r w:rsidR="00B230AC" w:rsidRPr="00700A6C">
        <w:rPr>
          <w:rFonts w:ascii="GHEA Grapalat" w:hAnsi="GHEA Grapalat"/>
          <w:sz w:val="24"/>
          <w:szCs w:val="24"/>
        </w:rPr>
        <w:t>տարածք</w:t>
      </w:r>
      <w:r w:rsidR="00F01DA7" w:rsidRPr="00700A6C">
        <w:rPr>
          <w:rFonts w:ascii="GHEA Grapalat" w:hAnsi="GHEA Grapalat"/>
          <w:sz w:val="24"/>
          <w:szCs w:val="24"/>
        </w:rPr>
        <w:t>ի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պահպանության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համար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անհրաժեշտ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գումարը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1DA7" w:rsidRPr="00700A6C">
        <w:rPr>
          <w:rFonts w:ascii="GHEA Grapalat" w:hAnsi="GHEA Grapalat"/>
          <w:sz w:val="24"/>
          <w:szCs w:val="24"/>
        </w:rPr>
        <w:t>կազմում</w:t>
      </w:r>
      <w:proofErr w:type="spellEnd"/>
      <w:r w:rsidR="00F01DA7" w:rsidRPr="00700A6C">
        <w:rPr>
          <w:rFonts w:ascii="GHEA Grapalat" w:hAnsi="GHEA Grapalat"/>
          <w:sz w:val="24"/>
          <w:szCs w:val="24"/>
        </w:rPr>
        <w:t xml:space="preserve"> է </w:t>
      </w:r>
      <w:r w:rsidRPr="00700A6C">
        <w:rPr>
          <w:rFonts w:ascii="GHEA Grapalat" w:hAnsi="GHEA Grapalat"/>
          <w:sz w:val="24"/>
          <w:szCs w:val="24"/>
        </w:rPr>
        <w:t xml:space="preserve">2,250,000 ՀՀ </w:t>
      </w:r>
      <w:proofErr w:type="spellStart"/>
      <w:r w:rsidRPr="00700A6C">
        <w:rPr>
          <w:rFonts w:ascii="GHEA Grapalat" w:hAnsi="GHEA Grapalat"/>
          <w:sz w:val="24"/>
          <w:szCs w:val="24"/>
        </w:rPr>
        <w:t>դրամ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700A6C">
        <w:rPr>
          <w:rFonts w:ascii="GHEA Grapalat" w:hAnsi="GHEA Grapalat"/>
          <w:sz w:val="24"/>
          <w:szCs w:val="24"/>
        </w:rPr>
        <w:t>ընդհանուր</w:t>
      </w:r>
      <w:proofErr w:type="spellEnd"/>
      <w:r w:rsidRPr="00700A6C">
        <w:rPr>
          <w:rFonts w:ascii="GHEA Grapalat" w:hAnsi="GHEA Grapalat"/>
          <w:sz w:val="24"/>
          <w:szCs w:val="24"/>
        </w:rPr>
        <w:t>՝</w:t>
      </w:r>
      <w:r w:rsidR="00F01DA7" w:rsidRPr="00700A6C">
        <w:rPr>
          <w:rFonts w:ascii="GHEA Grapalat" w:hAnsi="GHEA Grapalat"/>
          <w:sz w:val="24"/>
          <w:szCs w:val="24"/>
        </w:rPr>
        <w:t xml:space="preserve"> 7,75</w:t>
      </w:r>
      <w:r w:rsidRPr="00700A6C">
        <w:rPr>
          <w:rFonts w:ascii="GHEA Grapalat" w:hAnsi="GHEA Grapalat"/>
          <w:sz w:val="24"/>
          <w:szCs w:val="24"/>
        </w:rPr>
        <w:t xml:space="preserve">0,000 ՀՀ </w:t>
      </w:r>
      <w:proofErr w:type="spellStart"/>
      <w:proofErr w:type="gramStart"/>
      <w:r w:rsidRPr="00700A6C">
        <w:rPr>
          <w:rFonts w:ascii="GHEA Grapalat" w:hAnsi="GHEA Grapalat"/>
          <w:sz w:val="24"/>
          <w:szCs w:val="24"/>
        </w:rPr>
        <w:t>դրամ</w:t>
      </w:r>
      <w:proofErr w:type="spellEnd"/>
      <w:r w:rsidRPr="00700A6C">
        <w:rPr>
          <w:rFonts w:ascii="GHEA Grapalat" w:hAnsi="GHEA Grapalat"/>
          <w:sz w:val="24"/>
          <w:szCs w:val="24"/>
        </w:rPr>
        <w:t>)։</w:t>
      </w:r>
      <w:proofErr w:type="gramEnd"/>
    </w:p>
    <w:p w:rsidR="00077188" w:rsidRPr="00700A6C" w:rsidRDefault="00077188">
      <w:pPr>
        <w:spacing w:after="12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proofErr w:type="spellStart"/>
      <w:r w:rsidRPr="00700A6C">
        <w:rPr>
          <w:rFonts w:ascii="GHEA Grapalat" w:hAnsi="GHEA Grapalat"/>
          <w:sz w:val="24"/>
          <w:szCs w:val="24"/>
        </w:rPr>
        <w:t>Վերը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նշված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խնդրի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լուծման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նպատակով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700A6C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վերաբաշխում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</w:p>
    <w:p w:rsidR="00077188" w:rsidRPr="00700A6C" w:rsidRDefault="00077188" w:rsidP="00077188">
      <w:pPr>
        <w:pStyle w:val="ListParagraph"/>
        <w:numPr>
          <w:ilvl w:val="0"/>
          <w:numId w:val="11"/>
        </w:numPr>
        <w:spacing w:after="120" w:line="360" w:lineRule="auto"/>
        <w:jc w:val="both"/>
        <w:rPr>
          <w:rFonts w:ascii="GHEA Grapalat" w:hAnsi="GHEA Grapalat"/>
          <w:sz w:val="24"/>
          <w:szCs w:val="24"/>
        </w:rPr>
      </w:pPr>
      <w:r w:rsidRPr="00700A6C">
        <w:rPr>
          <w:rFonts w:ascii="GHEA Grapalat" w:hAnsi="GHEA Grapalat"/>
          <w:sz w:val="24"/>
          <w:szCs w:val="24"/>
        </w:rPr>
        <w:t xml:space="preserve">1236 </w:t>
      </w:r>
      <w:proofErr w:type="spellStart"/>
      <w:r w:rsidRPr="00700A6C">
        <w:rPr>
          <w:rFonts w:ascii="GHEA Grapalat" w:hAnsi="GHEA Grapalat"/>
          <w:sz w:val="24"/>
          <w:szCs w:val="24"/>
        </w:rPr>
        <w:t>ծրագրի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«32004. </w:t>
      </w:r>
      <w:proofErr w:type="spellStart"/>
      <w:r w:rsidRPr="00700A6C">
        <w:rPr>
          <w:rFonts w:ascii="GHEA Grapalat" w:hAnsi="GHEA Grapalat"/>
          <w:sz w:val="24"/>
          <w:szCs w:val="24"/>
        </w:rPr>
        <w:t>Հանրակրթական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դպրոցների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շենքերի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վերակառուցում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00A6C">
        <w:rPr>
          <w:rFonts w:ascii="GHEA Grapalat" w:hAnsi="GHEA Grapalat"/>
          <w:sz w:val="24"/>
          <w:szCs w:val="24"/>
        </w:rPr>
        <w:t>հիմնանորոգում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700A6C">
        <w:rPr>
          <w:rFonts w:ascii="GHEA Grapalat" w:hAnsi="GHEA Grapalat"/>
          <w:sz w:val="24"/>
          <w:szCs w:val="24"/>
        </w:rPr>
        <w:t>միջոցառման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չբաշխված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միջոցներից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r w:rsidR="002F0808" w:rsidRPr="00700A6C">
        <w:rPr>
          <w:rFonts w:ascii="GHEA Grapalat" w:hAnsi="GHEA Grapalat"/>
          <w:sz w:val="24"/>
          <w:szCs w:val="24"/>
        </w:rPr>
        <w:t xml:space="preserve">2,250,000 </w:t>
      </w:r>
      <w:r w:rsidRPr="00700A6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700A6C">
        <w:rPr>
          <w:rFonts w:ascii="GHEA Grapalat" w:hAnsi="GHEA Grapalat"/>
          <w:sz w:val="24"/>
          <w:szCs w:val="24"/>
        </w:rPr>
        <w:t>դրամ</w:t>
      </w:r>
      <w:proofErr w:type="spellEnd"/>
      <w:r w:rsidR="00D00461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00461" w:rsidRPr="00700A6C">
        <w:rPr>
          <w:rFonts w:ascii="GHEA Grapalat" w:hAnsi="GHEA Grapalat"/>
          <w:sz w:val="24"/>
          <w:szCs w:val="24"/>
        </w:rPr>
        <w:t>գումարի</w:t>
      </w:r>
      <w:proofErr w:type="spellEnd"/>
      <w:r w:rsidR="00D00461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00461" w:rsidRPr="00700A6C">
        <w:rPr>
          <w:rFonts w:ascii="GHEA Grapalat" w:hAnsi="GHEA Grapalat"/>
          <w:sz w:val="24"/>
          <w:szCs w:val="24"/>
        </w:rPr>
        <w:t>չափով</w:t>
      </w:r>
      <w:proofErr w:type="spellEnd"/>
      <w:r w:rsidRPr="00700A6C">
        <w:rPr>
          <w:rFonts w:ascii="GHEA Grapalat" w:hAnsi="GHEA Grapalat"/>
          <w:sz w:val="24"/>
          <w:szCs w:val="24"/>
        </w:rPr>
        <w:t>,</w:t>
      </w:r>
    </w:p>
    <w:p w:rsidR="00EA3433" w:rsidRPr="00700A6C" w:rsidRDefault="00077188" w:rsidP="002F0808">
      <w:pPr>
        <w:pStyle w:val="ListParagraph"/>
        <w:numPr>
          <w:ilvl w:val="0"/>
          <w:numId w:val="11"/>
        </w:numPr>
        <w:spacing w:after="120" w:line="360" w:lineRule="auto"/>
        <w:jc w:val="both"/>
        <w:rPr>
          <w:rFonts w:ascii="GHEA Grapalat" w:hAnsi="GHEA Grapalat"/>
          <w:sz w:val="24"/>
          <w:szCs w:val="24"/>
        </w:rPr>
      </w:pPr>
      <w:r w:rsidRPr="00700A6C">
        <w:rPr>
          <w:rFonts w:ascii="GHEA Grapalat" w:hAnsi="GHEA Grapalat"/>
          <w:sz w:val="24"/>
          <w:szCs w:val="24"/>
        </w:rPr>
        <w:lastRenderedPageBreak/>
        <w:t xml:space="preserve">1126 </w:t>
      </w:r>
      <w:proofErr w:type="spellStart"/>
      <w:r w:rsidRPr="00700A6C">
        <w:rPr>
          <w:rFonts w:ascii="GHEA Grapalat" w:hAnsi="GHEA Grapalat"/>
          <w:sz w:val="24"/>
          <w:szCs w:val="24"/>
        </w:rPr>
        <w:t>ծրագրի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«3</w:t>
      </w:r>
      <w:r w:rsidR="002F0808" w:rsidRPr="00700A6C">
        <w:rPr>
          <w:rFonts w:ascii="GHEA Grapalat" w:hAnsi="GHEA Grapalat"/>
          <w:sz w:val="24"/>
          <w:szCs w:val="24"/>
        </w:rPr>
        <w:t>1003</w:t>
      </w:r>
      <w:r w:rsidRPr="00700A6C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2F0808" w:rsidRPr="00700A6C">
        <w:rPr>
          <w:rFonts w:ascii="GHEA Grapalat" w:hAnsi="GHEA Grapalat"/>
          <w:sz w:val="24"/>
          <w:szCs w:val="24"/>
        </w:rPr>
        <w:t>Առողջապահական</w:t>
      </w:r>
      <w:proofErr w:type="spellEnd"/>
      <w:r w:rsidR="002F0808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F0808" w:rsidRPr="00700A6C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="002F0808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F0808" w:rsidRPr="00700A6C">
        <w:rPr>
          <w:rFonts w:ascii="GHEA Grapalat" w:hAnsi="GHEA Grapalat"/>
          <w:sz w:val="24"/>
          <w:szCs w:val="24"/>
        </w:rPr>
        <w:t>կառուցում</w:t>
      </w:r>
      <w:proofErr w:type="spellEnd"/>
      <w:r w:rsidR="002F0808" w:rsidRPr="00700A6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F0808" w:rsidRPr="00700A6C">
        <w:rPr>
          <w:rFonts w:ascii="GHEA Grapalat" w:hAnsi="GHEA Grapalat"/>
          <w:sz w:val="24"/>
          <w:szCs w:val="24"/>
        </w:rPr>
        <w:t>վերակառուցում</w:t>
      </w:r>
      <w:proofErr w:type="spellEnd"/>
      <w:r w:rsidRPr="00700A6C">
        <w:rPr>
          <w:rFonts w:ascii="GHEA Grapalat" w:hAnsi="GHEA Grapalat"/>
          <w:sz w:val="24"/>
          <w:szCs w:val="24"/>
        </w:rPr>
        <w:t>»</w:t>
      </w:r>
      <w:r w:rsidR="002F0808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միջոցառման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r w:rsidR="002F0808" w:rsidRPr="00700A6C">
        <w:rPr>
          <w:rFonts w:ascii="GHEA Grapalat" w:hAnsi="GHEA Grapalat"/>
          <w:sz w:val="24"/>
          <w:szCs w:val="24"/>
        </w:rPr>
        <w:t>«ՀՀ ԱՆ «</w:t>
      </w:r>
      <w:proofErr w:type="spellStart"/>
      <w:r w:rsidR="002F0808" w:rsidRPr="00700A6C">
        <w:rPr>
          <w:rFonts w:ascii="GHEA Grapalat" w:hAnsi="GHEA Grapalat"/>
          <w:sz w:val="24"/>
          <w:szCs w:val="24"/>
        </w:rPr>
        <w:t>Արթիկի</w:t>
      </w:r>
      <w:proofErr w:type="spellEnd"/>
      <w:r w:rsidR="002F0808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F0808" w:rsidRPr="00700A6C">
        <w:rPr>
          <w:rFonts w:ascii="GHEA Grapalat" w:hAnsi="GHEA Grapalat"/>
          <w:sz w:val="24"/>
          <w:szCs w:val="24"/>
        </w:rPr>
        <w:t>բժշկական</w:t>
      </w:r>
      <w:proofErr w:type="spellEnd"/>
      <w:r w:rsidR="002F0808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F0808" w:rsidRPr="00700A6C">
        <w:rPr>
          <w:rFonts w:ascii="GHEA Grapalat" w:hAnsi="GHEA Grapalat"/>
          <w:sz w:val="24"/>
          <w:szCs w:val="24"/>
        </w:rPr>
        <w:t>կենտրոն</w:t>
      </w:r>
      <w:proofErr w:type="spellEnd"/>
      <w:r w:rsidR="002F0808" w:rsidRPr="00700A6C">
        <w:rPr>
          <w:rFonts w:ascii="GHEA Grapalat" w:hAnsi="GHEA Grapalat"/>
          <w:sz w:val="24"/>
          <w:szCs w:val="24"/>
        </w:rPr>
        <w:t xml:space="preserve">» ՓԲԸ </w:t>
      </w:r>
      <w:proofErr w:type="spellStart"/>
      <w:r w:rsidRPr="00700A6C">
        <w:rPr>
          <w:rFonts w:ascii="GHEA Grapalat" w:hAnsi="GHEA Grapalat"/>
          <w:sz w:val="24"/>
          <w:szCs w:val="24"/>
        </w:rPr>
        <w:t>միջոցներից</w:t>
      </w:r>
      <w:proofErr w:type="spellEnd"/>
      <w:r w:rsidRPr="00700A6C">
        <w:rPr>
          <w:rFonts w:ascii="GHEA Grapalat" w:hAnsi="GHEA Grapalat"/>
          <w:sz w:val="24"/>
          <w:szCs w:val="24"/>
        </w:rPr>
        <w:t xml:space="preserve"> </w:t>
      </w:r>
      <w:r w:rsidR="00700A6C">
        <w:rPr>
          <w:rFonts w:ascii="GHEA Grapalat" w:hAnsi="GHEA Grapalat"/>
          <w:sz w:val="24"/>
          <w:szCs w:val="24"/>
        </w:rPr>
        <w:t>5,5</w:t>
      </w:r>
      <w:r w:rsidR="00F01DA7" w:rsidRPr="00700A6C">
        <w:rPr>
          <w:rFonts w:ascii="GHEA Grapalat" w:hAnsi="GHEA Grapalat"/>
          <w:sz w:val="24"/>
          <w:szCs w:val="24"/>
        </w:rPr>
        <w:t>0</w:t>
      </w:r>
      <w:r w:rsidR="002F0808" w:rsidRPr="00700A6C">
        <w:rPr>
          <w:rFonts w:ascii="GHEA Grapalat" w:hAnsi="GHEA Grapalat"/>
          <w:sz w:val="24"/>
          <w:szCs w:val="24"/>
        </w:rPr>
        <w:t xml:space="preserve">0,000 </w:t>
      </w:r>
      <w:r w:rsidRPr="00700A6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D00461" w:rsidRPr="00700A6C">
        <w:rPr>
          <w:rFonts w:ascii="GHEA Grapalat" w:hAnsi="GHEA Grapalat"/>
          <w:sz w:val="24"/>
          <w:szCs w:val="24"/>
        </w:rPr>
        <w:t>դրամ</w:t>
      </w:r>
      <w:proofErr w:type="spellEnd"/>
      <w:r w:rsidR="00D00461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00461" w:rsidRPr="00700A6C">
        <w:rPr>
          <w:rFonts w:ascii="GHEA Grapalat" w:hAnsi="GHEA Grapalat"/>
          <w:sz w:val="24"/>
          <w:szCs w:val="24"/>
        </w:rPr>
        <w:t>գումարի</w:t>
      </w:r>
      <w:proofErr w:type="spellEnd"/>
      <w:r w:rsidR="00D00461" w:rsidRPr="00700A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00461" w:rsidRPr="00700A6C">
        <w:rPr>
          <w:rFonts w:ascii="GHEA Grapalat" w:hAnsi="GHEA Grapalat"/>
          <w:sz w:val="24"/>
          <w:szCs w:val="24"/>
        </w:rPr>
        <w:t>չափով</w:t>
      </w:r>
      <w:proofErr w:type="spellEnd"/>
      <w:r w:rsidR="00EA3433" w:rsidRPr="00700A6C">
        <w:rPr>
          <w:rFonts w:ascii="GHEA Grapalat" w:hAnsi="GHEA Grapalat"/>
          <w:sz w:val="24"/>
          <w:szCs w:val="24"/>
        </w:rPr>
        <w:t xml:space="preserve">: </w:t>
      </w:r>
    </w:p>
    <w:p w:rsidR="00077188" w:rsidRPr="00700A6C" w:rsidRDefault="003D03CC" w:rsidP="00B5202B">
      <w:pPr>
        <w:tabs>
          <w:tab w:val="left" w:pos="270"/>
        </w:tabs>
        <w:spacing w:line="360" w:lineRule="auto"/>
        <w:ind w:right="22"/>
        <w:jc w:val="both"/>
        <w:rPr>
          <w:rFonts w:ascii="GHEA Grapalat" w:hAnsi="GHEA Grapalat"/>
          <w:sz w:val="24"/>
          <w:szCs w:val="24"/>
          <w:lang w:val="af-ZA"/>
        </w:rPr>
      </w:pPr>
      <w:r w:rsidRPr="00700A6C">
        <w:rPr>
          <w:rFonts w:ascii="GHEA Grapalat" w:hAnsi="GHEA Grapalat"/>
          <w:sz w:val="24"/>
          <w:szCs w:val="24"/>
          <w:lang w:val="af-ZA"/>
        </w:rPr>
        <w:tab/>
      </w:r>
      <w:r w:rsidR="00C8152F" w:rsidRPr="00700A6C">
        <w:rPr>
          <w:rFonts w:ascii="GHEA Grapalat" w:hAnsi="GHEA Grapalat"/>
          <w:sz w:val="24"/>
          <w:szCs w:val="24"/>
          <w:lang w:val="af-ZA"/>
        </w:rPr>
        <w:t>Վերաբաշ</w:t>
      </w:r>
      <w:r w:rsidR="00EA3433" w:rsidRPr="00700A6C">
        <w:rPr>
          <w:rFonts w:ascii="GHEA Grapalat" w:hAnsi="GHEA Grapalat"/>
          <w:sz w:val="24"/>
          <w:szCs w:val="24"/>
          <w:lang w:val="af-ZA"/>
        </w:rPr>
        <w:t>խման արդյունքում հետագայում ՀՀ պետական բյուջեի հաշվին նշված գումարի չափով ֆինանսական միջոցների վերականգնման անհրաժեշտության չի առաջանա:</w:t>
      </w:r>
      <w:bookmarkStart w:id="0" w:name="_GoBack"/>
      <w:bookmarkEnd w:id="0"/>
    </w:p>
    <w:p w:rsidR="004D620C" w:rsidRPr="00700A6C" w:rsidRDefault="00761432">
      <w:pPr>
        <w:spacing w:before="240" w:after="120"/>
        <w:jc w:val="both"/>
        <w:rPr>
          <w:rFonts w:ascii="GHEA Grapalat" w:hAnsi="GHEA Grapalat"/>
          <w:sz w:val="24"/>
          <w:szCs w:val="24"/>
          <w:lang w:val="af-ZA"/>
        </w:rPr>
      </w:pPr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3.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անձինք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hAnsi="GHEA Grapalat"/>
          <w:b/>
          <w:sz w:val="24"/>
          <w:szCs w:val="24"/>
        </w:rPr>
        <w:t>և</w:t>
      </w:r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նրանց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դիրքորոշումը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4D620C" w:rsidRPr="00700A6C" w:rsidRDefault="00761432">
      <w:pPr>
        <w:spacing w:after="120" w:line="360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700A6C">
        <w:rPr>
          <w:rFonts w:ascii="GHEA Grapalat" w:hAnsi="GHEA Grapalat"/>
          <w:sz w:val="24"/>
          <w:szCs w:val="24"/>
        </w:rPr>
        <w:t>Նախագիծը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մշակվել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A6C">
        <w:rPr>
          <w:rFonts w:ascii="GHEA Grapalat" w:hAnsi="GHEA Grapalat"/>
          <w:sz w:val="24"/>
          <w:szCs w:val="24"/>
        </w:rPr>
        <w:t>է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A6C">
        <w:rPr>
          <w:rFonts w:ascii="GHEA Grapalat" w:hAnsi="GHEA Grapalat"/>
          <w:sz w:val="24"/>
          <w:szCs w:val="24"/>
        </w:rPr>
        <w:t>ՀՀ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կոմիտեի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կողմից</w:t>
      </w:r>
      <w:proofErr w:type="spellEnd"/>
      <w:r w:rsidRPr="00700A6C">
        <w:rPr>
          <w:rFonts w:ascii="GHEA Grapalat" w:hAnsi="GHEA Grapalat"/>
          <w:sz w:val="24"/>
          <w:szCs w:val="24"/>
        </w:rPr>
        <w:t>։</w:t>
      </w:r>
    </w:p>
    <w:p w:rsidR="004D620C" w:rsidRPr="00700A6C" w:rsidRDefault="00761432">
      <w:pPr>
        <w:spacing w:before="240" w:after="120"/>
        <w:jc w:val="both"/>
        <w:rPr>
          <w:rFonts w:ascii="GHEA Grapalat" w:hAnsi="GHEA Grapalat"/>
          <w:sz w:val="24"/>
          <w:szCs w:val="24"/>
          <w:lang w:val="af-ZA"/>
        </w:rPr>
      </w:pPr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4.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4D620C" w:rsidRPr="00700A6C" w:rsidRDefault="00761432">
      <w:pPr>
        <w:spacing w:after="120" w:line="360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700A6C">
        <w:rPr>
          <w:rFonts w:ascii="GHEA Grapalat" w:hAnsi="GHEA Grapalat"/>
          <w:sz w:val="24"/>
          <w:szCs w:val="24"/>
        </w:rPr>
        <w:t>Առաջարկվող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կարգավորման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ակնկալվում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A6C">
        <w:rPr>
          <w:rFonts w:ascii="GHEA Grapalat" w:hAnsi="GHEA Grapalat"/>
          <w:sz w:val="24"/>
          <w:szCs w:val="24"/>
        </w:rPr>
        <w:t>է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ապահովել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դպրոցի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նոր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մասնաշենքի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A6C">
        <w:rPr>
          <w:rFonts w:ascii="GHEA Grapalat" w:hAnsi="GHEA Grapalat"/>
          <w:sz w:val="24"/>
          <w:szCs w:val="24"/>
        </w:rPr>
        <w:t>և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բժշկական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կենտրոնի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կառուցման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տարածքների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շուրջօրյա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անվտանգությունը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00A6C">
        <w:rPr>
          <w:rFonts w:ascii="GHEA Grapalat" w:hAnsi="GHEA Grapalat"/>
          <w:sz w:val="24"/>
          <w:szCs w:val="24"/>
        </w:rPr>
        <w:t>բացառել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նյութերի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00A6C">
        <w:rPr>
          <w:rFonts w:ascii="GHEA Grapalat" w:hAnsi="GHEA Grapalat"/>
          <w:sz w:val="24"/>
          <w:szCs w:val="24"/>
        </w:rPr>
        <w:t>սարքավորումների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ու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կոնստրուկցիաների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հնարավոր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կորուստն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ու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վնասումը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մինչև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նոր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կապալառուների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ընտրության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համար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մրցույթների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ամփոփումը</w:t>
      </w:r>
      <w:proofErr w:type="spellEnd"/>
      <w:r w:rsidRPr="00700A6C">
        <w:rPr>
          <w:rFonts w:ascii="GHEA Grapalat" w:hAnsi="GHEA Grapalat"/>
          <w:sz w:val="24"/>
          <w:szCs w:val="24"/>
        </w:rPr>
        <w:t>։</w:t>
      </w:r>
    </w:p>
    <w:p w:rsidR="004D620C" w:rsidRPr="00700A6C" w:rsidRDefault="00761432">
      <w:pPr>
        <w:spacing w:before="240" w:after="120"/>
        <w:jc w:val="both"/>
        <w:rPr>
          <w:rFonts w:ascii="GHEA Grapalat" w:hAnsi="GHEA Grapalat"/>
          <w:sz w:val="24"/>
          <w:szCs w:val="24"/>
          <w:lang w:val="af-ZA"/>
        </w:rPr>
      </w:pPr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5.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Լրացուցիչ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ֆինանսական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միջոցների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անհրաժեշտության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06F8C" w:rsidRPr="00700A6C">
        <w:rPr>
          <w:rFonts w:ascii="GHEA Grapalat" w:hAnsi="GHEA Grapalat"/>
          <w:b/>
          <w:sz w:val="24"/>
          <w:szCs w:val="24"/>
        </w:rPr>
        <w:t>և</w:t>
      </w:r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բյուջեի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եկամուտներում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ու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ծախսերում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սպասվելիք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փոփոխությունների</w:t>
      </w:r>
      <w:proofErr w:type="spellEnd"/>
      <w:r w:rsidR="00E06F8C"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E06F8C" w:rsidRPr="00700A6C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:rsidR="00854FDF" w:rsidRPr="00700A6C" w:rsidRDefault="00761432" w:rsidP="00854FDF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700A6C">
        <w:rPr>
          <w:rFonts w:ascii="GHEA Grapalat" w:hAnsi="GHEA Grapalat"/>
          <w:sz w:val="24"/>
          <w:szCs w:val="24"/>
        </w:rPr>
        <w:t>Նախագծի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ընդունման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պետական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բյուջեում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լրացուցիչ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ծախսերի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կամ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ավելացումներ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կամ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նվազեցումներ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չեն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700A6C">
        <w:rPr>
          <w:rFonts w:ascii="GHEA Grapalat" w:hAnsi="GHEA Grapalat"/>
          <w:sz w:val="24"/>
          <w:szCs w:val="24"/>
        </w:rPr>
        <w:t>։</w:t>
      </w:r>
    </w:p>
    <w:p w:rsidR="004D620C" w:rsidRPr="00700A6C" w:rsidRDefault="00761432" w:rsidP="00A171E9">
      <w:pPr>
        <w:spacing w:after="0" w:line="360" w:lineRule="auto"/>
        <w:ind w:firstLine="90"/>
        <w:jc w:val="both"/>
        <w:rPr>
          <w:rFonts w:ascii="GHEA Grapalat" w:hAnsi="GHEA Grapalat"/>
          <w:sz w:val="24"/>
          <w:szCs w:val="24"/>
          <w:lang w:val="af-ZA"/>
        </w:rPr>
      </w:pPr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6.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Կապը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հետ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4D620C" w:rsidRPr="00700A6C" w:rsidRDefault="00761432" w:rsidP="00854FDF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700A6C">
        <w:rPr>
          <w:rFonts w:ascii="GHEA Grapalat" w:hAnsi="GHEA Grapalat"/>
          <w:sz w:val="24"/>
          <w:szCs w:val="24"/>
        </w:rPr>
        <w:t>Նախագիծը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բխում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A6C">
        <w:rPr>
          <w:rFonts w:ascii="GHEA Grapalat" w:hAnsi="GHEA Grapalat"/>
          <w:sz w:val="24"/>
          <w:szCs w:val="24"/>
        </w:rPr>
        <w:t>է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A6C">
        <w:rPr>
          <w:rFonts w:ascii="GHEA Grapalat" w:hAnsi="GHEA Grapalat"/>
          <w:sz w:val="24"/>
          <w:szCs w:val="24"/>
        </w:rPr>
        <w:t>ՀՀ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2021 </w:t>
      </w:r>
      <w:proofErr w:type="spellStart"/>
      <w:r w:rsidRPr="00700A6C">
        <w:rPr>
          <w:rFonts w:ascii="GHEA Grapalat" w:hAnsi="GHEA Grapalat"/>
          <w:sz w:val="24"/>
          <w:szCs w:val="24"/>
        </w:rPr>
        <w:t>թվականի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նոյեմբերի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18-</w:t>
      </w:r>
      <w:r w:rsidRPr="00700A6C">
        <w:rPr>
          <w:rFonts w:ascii="GHEA Grapalat" w:hAnsi="GHEA Grapalat"/>
          <w:sz w:val="24"/>
          <w:szCs w:val="24"/>
        </w:rPr>
        <w:t>ի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 N 1902-</w:t>
      </w:r>
      <w:r w:rsidRPr="00700A6C">
        <w:rPr>
          <w:rFonts w:ascii="GHEA Grapalat" w:hAnsi="GHEA Grapalat"/>
          <w:sz w:val="24"/>
          <w:szCs w:val="24"/>
        </w:rPr>
        <w:t>Լ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որոշման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Հավելված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N 1-</w:t>
      </w:r>
      <w:proofErr w:type="spellStart"/>
      <w:r w:rsidRPr="00700A6C">
        <w:rPr>
          <w:rFonts w:ascii="GHEA Grapalat" w:hAnsi="GHEA Grapalat"/>
          <w:sz w:val="24"/>
          <w:szCs w:val="24"/>
        </w:rPr>
        <w:t>ով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հաստատված</w:t>
      </w:r>
      <w:proofErr w:type="spellEnd"/>
      <w:r w:rsidRPr="00700A6C">
        <w:rPr>
          <w:rFonts w:ascii="GHEA Grapalat" w:hAnsi="GHEA Grapalat"/>
          <w:sz w:val="24"/>
          <w:szCs w:val="24"/>
        </w:rPr>
        <w:t>՝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2021-2026 </w:t>
      </w:r>
      <w:proofErr w:type="spellStart"/>
      <w:r w:rsidRPr="00700A6C">
        <w:rPr>
          <w:rFonts w:ascii="GHEA Grapalat" w:hAnsi="GHEA Grapalat"/>
          <w:sz w:val="24"/>
          <w:szCs w:val="24"/>
        </w:rPr>
        <w:t>թվականների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ծրագրի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>`</w:t>
      </w:r>
    </w:p>
    <w:p w:rsidR="008D0B7B" w:rsidRPr="00700A6C" w:rsidRDefault="00761432" w:rsidP="008D0B7B">
      <w:pPr>
        <w:pStyle w:val="ListBullet"/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700A6C">
        <w:rPr>
          <w:rFonts w:ascii="GHEA Grapalat" w:hAnsi="GHEA Grapalat"/>
          <w:b/>
          <w:sz w:val="24"/>
          <w:szCs w:val="24"/>
          <w:lang w:val="af-ZA"/>
        </w:rPr>
        <w:t>«</w:t>
      </w:r>
      <w:r w:rsidRPr="00700A6C">
        <w:rPr>
          <w:rFonts w:ascii="GHEA Grapalat" w:hAnsi="GHEA Grapalat"/>
          <w:b/>
          <w:sz w:val="24"/>
          <w:szCs w:val="24"/>
        </w:rPr>
        <w:t>ՀՀ</w:t>
      </w:r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կրթության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գիտության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մշակույթի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00A6C">
        <w:rPr>
          <w:rFonts w:ascii="GHEA Grapalat" w:hAnsi="GHEA Grapalat"/>
          <w:b/>
          <w:sz w:val="24"/>
          <w:szCs w:val="24"/>
        </w:rPr>
        <w:t>և</w:t>
      </w:r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սպորտի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նախարարություն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proofErr w:type="spellStart"/>
      <w:r w:rsidRPr="00700A6C">
        <w:rPr>
          <w:rFonts w:ascii="GHEA Grapalat" w:hAnsi="GHEA Grapalat"/>
          <w:sz w:val="24"/>
          <w:szCs w:val="24"/>
        </w:rPr>
        <w:t>բաժնի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«8. </w:t>
      </w:r>
      <w:proofErr w:type="spellStart"/>
      <w:r w:rsidRPr="00700A6C">
        <w:rPr>
          <w:rFonts w:ascii="GHEA Grapalat" w:hAnsi="GHEA Grapalat"/>
          <w:sz w:val="24"/>
          <w:szCs w:val="24"/>
        </w:rPr>
        <w:t>Կառուցել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00A6C">
        <w:rPr>
          <w:rFonts w:ascii="GHEA Grapalat" w:hAnsi="GHEA Grapalat"/>
          <w:sz w:val="24"/>
          <w:szCs w:val="24"/>
        </w:rPr>
        <w:t>հիմնանորոգել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A6C">
        <w:rPr>
          <w:rFonts w:ascii="GHEA Grapalat" w:hAnsi="GHEA Grapalat"/>
          <w:sz w:val="24"/>
          <w:szCs w:val="24"/>
        </w:rPr>
        <w:t>և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վերանորոգել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առնվազն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300 </w:t>
      </w:r>
      <w:proofErr w:type="spellStart"/>
      <w:r w:rsidRPr="00700A6C">
        <w:rPr>
          <w:rFonts w:ascii="GHEA Grapalat" w:hAnsi="GHEA Grapalat"/>
          <w:sz w:val="24"/>
          <w:szCs w:val="24"/>
        </w:rPr>
        <w:t>հանրակրթական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հաստատություններ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ապահովել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դրանց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ամբողջական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հագեցումը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անհրաժեշտ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գույքով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="008D0B7B" w:rsidRPr="00700A6C">
        <w:rPr>
          <w:rFonts w:ascii="GHEA Grapalat" w:hAnsi="GHEA Grapalat"/>
          <w:sz w:val="24"/>
          <w:szCs w:val="24"/>
        </w:rPr>
        <w:t>և</w:t>
      </w:r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սարքավորումներով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նպատակի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8.4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Ցանկում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ընդգրկված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հաստատություններում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շինարարական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իրականացում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="008D0B7B" w:rsidRPr="00700A6C">
        <w:rPr>
          <w:rFonts w:ascii="GHEA Grapalat" w:hAnsi="GHEA Grapalat"/>
          <w:sz w:val="24"/>
          <w:szCs w:val="24"/>
        </w:rPr>
        <w:t>և</w:t>
      </w:r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անհրաժեշտ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գույքով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="008D0B7B" w:rsidRPr="00700A6C">
        <w:rPr>
          <w:rFonts w:ascii="GHEA Grapalat" w:hAnsi="GHEA Grapalat"/>
          <w:sz w:val="24"/>
          <w:szCs w:val="24"/>
        </w:rPr>
        <w:t>և</w:t>
      </w:r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սարքավորումներով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հագեցվածության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ապահովում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միջոցառում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ինչպես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նաև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Հայաստանի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2023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թվականի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նոյեմբերի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30-</w:t>
      </w:r>
      <w:r w:rsidR="008D0B7B" w:rsidRPr="00700A6C">
        <w:rPr>
          <w:rFonts w:ascii="GHEA Grapalat" w:hAnsi="GHEA Grapalat"/>
          <w:sz w:val="24"/>
          <w:szCs w:val="24"/>
        </w:rPr>
        <w:t>ի</w:t>
      </w:r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="00700A6C">
        <w:rPr>
          <w:rFonts w:ascii="GHEA Grapalat" w:hAnsi="GHEA Grapalat"/>
          <w:sz w:val="24"/>
          <w:szCs w:val="24"/>
          <w:lang w:val="hy-AM"/>
        </w:rPr>
        <w:lastRenderedPageBreak/>
        <w:t>«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Հայաստանի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Մինչև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2026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թվականը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կառուցվող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հիմնանորոգվող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կամ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վերակառուցվող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300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դպրոցներ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>»-</w:t>
      </w:r>
      <w:r w:rsidR="008D0B7B" w:rsidRPr="00700A6C">
        <w:rPr>
          <w:rFonts w:ascii="GHEA Grapalat" w:hAnsi="GHEA Grapalat"/>
          <w:sz w:val="24"/>
          <w:szCs w:val="24"/>
        </w:rPr>
        <w:t>ի</w:t>
      </w:r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ծրագրում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ընդգրկված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դպրոցների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ցանկը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հաստատելու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="008D0B7B" w:rsidRPr="00700A6C">
        <w:rPr>
          <w:rFonts w:ascii="GHEA Grapalat" w:hAnsi="GHEA Grapalat"/>
          <w:sz w:val="24"/>
          <w:szCs w:val="24"/>
        </w:rPr>
        <w:t>և</w:t>
      </w:r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ցանկում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ընդգրկված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դպրոցների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համար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սահմանված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շինարարական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8D0B7B" w:rsidRPr="00700A6C">
        <w:rPr>
          <w:rFonts w:ascii="GHEA Grapalat" w:hAnsi="GHEA Grapalat"/>
          <w:sz w:val="24"/>
          <w:szCs w:val="24"/>
        </w:rPr>
        <w:t>՝</w:t>
      </w:r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կառուցման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վերակառուցման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կամ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հիմնանորոգման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համար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միջամտության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աստիճանի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ընտրության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չափորոշիչները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սահմանելու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մասին</w:t>
      </w:r>
      <w:proofErr w:type="spellEnd"/>
      <w:r w:rsidR="00700A6C">
        <w:rPr>
          <w:rFonts w:ascii="GHEA Grapalat" w:hAnsi="GHEA Grapalat"/>
          <w:sz w:val="24"/>
          <w:szCs w:val="24"/>
          <w:lang w:val="hy-AM"/>
        </w:rPr>
        <w:t>»</w:t>
      </w:r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N 2093-</w:t>
      </w:r>
      <w:r w:rsidR="008D0B7B" w:rsidRPr="00700A6C">
        <w:rPr>
          <w:rFonts w:ascii="GHEA Grapalat" w:hAnsi="GHEA Grapalat"/>
          <w:sz w:val="24"/>
          <w:szCs w:val="24"/>
        </w:rPr>
        <w:t>Ն</w:t>
      </w:r>
      <w:r w:rsidR="008D0B7B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0B7B" w:rsidRPr="00700A6C">
        <w:rPr>
          <w:rFonts w:ascii="GHEA Grapalat" w:hAnsi="GHEA Grapalat"/>
          <w:sz w:val="24"/>
          <w:szCs w:val="24"/>
        </w:rPr>
        <w:t>որոշում</w:t>
      </w:r>
      <w:proofErr w:type="spellEnd"/>
      <w:r w:rsidR="008D0B7B" w:rsidRPr="00700A6C">
        <w:rPr>
          <w:rFonts w:ascii="GHEA Grapalat" w:hAnsi="GHEA Grapalat"/>
          <w:sz w:val="24"/>
          <w:szCs w:val="24"/>
          <w:lang w:val="af-ZA"/>
        </w:rPr>
        <w:t>:</w:t>
      </w:r>
    </w:p>
    <w:p w:rsidR="004D620C" w:rsidRPr="00700A6C" w:rsidRDefault="00FA5920" w:rsidP="007D4E1A">
      <w:pPr>
        <w:pStyle w:val="ListBullet"/>
        <w:numPr>
          <w:ilvl w:val="0"/>
          <w:numId w:val="0"/>
        </w:numPr>
        <w:spacing w:after="80" w:line="312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  <w:r w:rsidRPr="00700A6C">
        <w:rPr>
          <w:rFonts w:ascii="GHEA Grapalat" w:hAnsi="GHEA Grapalat"/>
          <w:b/>
          <w:sz w:val="24"/>
          <w:szCs w:val="24"/>
          <w:lang w:val="af-ZA"/>
        </w:rPr>
        <w:t></w:t>
      </w:r>
      <w:r w:rsidRPr="00700A6C">
        <w:rPr>
          <w:rFonts w:ascii="GHEA Grapalat" w:hAnsi="GHEA Grapalat"/>
          <w:b/>
          <w:sz w:val="24"/>
          <w:szCs w:val="24"/>
        </w:rPr>
        <w:t>ՀՀ</w:t>
      </w:r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առողջապահության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b/>
          <w:sz w:val="24"/>
          <w:szCs w:val="24"/>
        </w:rPr>
        <w:t>նախարարություն</w:t>
      </w:r>
      <w:proofErr w:type="spellEnd"/>
      <w:r w:rsidRPr="00700A6C">
        <w:rPr>
          <w:rFonts w:ascii="GHEA Grapalat" w:hAnsi="GHEA Grapalat"/>
          <w:b/>
          <w:sz w:val="24"/>
          <w:szCs w:val="24"/>
          <w:lang w:val="af-ZA"/>
        </w:rPr>
        <w:t xml:space="preserve"> </w:t>
      </w:r>
      <w:proofErr w:type="spellStart"/>
      <w:r w:rsidRPr="00700A6C">
        <w:rPr>
          <w:rFonts w:ascii="GHEA Grapalat" w:hAnsi="GHEA Grapalat"/>
          <w:sz w:val="24"/>
          <w:szCs w:val="24"/>
        </w:rPr>
        <w:t>բաժնի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</w:t>
      </w:r>
      <w:r w:rsidR="00B00525" w:rsidRPr="00700A6C">
        <w:rPr>
          <w:rFonts w:ascii="GHEA Grapalat" w:hAnsi="GHEA Grapalat"/>
          <w:sz w:val="24"/>
          <w:szCs w:val="24"/>
          <w:lang w:val="af-ZA"/>
        </w:rPr>
        <w:t>28</w:t>
      </w:r>
      <w:r w:rsidRPr="00700A6C"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Առողջապահական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հաստատությունների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00A6C">
        <w:rPr>
          <w:rFonts w:ascii="GHEA Grapalat" w:hAnsi="GHEA Grapalat"/>
          <w:sz w:val="24"/>
          <w:szCs w:val="24"/>
        </w:rPr>
        <w:t>արդիականացում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Pr="00700A6C">
        <w:rPr>
          <w:rFonts w:ascii="GHEA Grapalat" w:hAnsi="GHEA Grapalat"/>
          <w:sz w:val="24"/>
          <w:szCs w:val="24"/>
        </w:rPr>
        <w:t>նպատակի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28.16 </w:t>
      </w:r>
      <w:r w:rsidR="003154EA" w:rsidRPr="00700A6C">
        <w:rPr>
          <w:rFonts w:ascii="GHEA Grapalat" w:hAnsi="GHEA Grapalat"/>
          <w:sz w:val="24"/>
          <w:szCs w:val="24"/>
        </w:rPr>
        <w:t>ՀՀ</w:t>
      </w:r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Կոտայքի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մարզի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Եղվարդ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համայնքի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Նաիրիի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բ</w:t>
      </w:r>
      <w:r w:rsidRPr="00700A6C">
        <w:rPr>
          <w:rFonts w:ascii="GHEA Grapalat" w:hAnsi="GHEA Grapalat"/>
          <w:sz w:val="24"/>
          <w:szCs w:val="24"/>
        </w:rPr>
        <w:t>ժշկական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կենտրոնի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կառուցում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4EA" w:rsidRPr="00700A6C">
        <w:rPr>
          <w:rFonts w:ascii="GHEA Grapalat" w:hAnsi="GHEA Grapalat"/>
          <w:sz w:val="24"/>
          <w:szCs w:val="24"/>
        </w:rPr>
        <w:t>և</w:t>
      </w:r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հագեցում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բժշկական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կահույքով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սարքավորումներով</w:t>
      </w:r>
      <w:proofErr w:type="spellEnd"/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4EA" w:rsidRPr="00700A6C">
        <w:rPr>
          <w:rFonts w:ascii="GHEA Grapalat" w:hAnsi="GHEA Grapalat"/>
          <w:sz w:val="24"/>
          <w:szCs w:val="24"/>
        </w:rPr>
        <w:t>և</w:t>
      </w:r>
      <w:r w:rsidR="003154EA" w:rsidRPr="00700A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154EA" w:rsidRPr="00700A6C">
        <w:rPr>
          <w:rFonts w:ascii="GHEA Grapalat" w:hAnsi="GHEA Grapalat"/>
          <w:sz w:val="24"/>
          <w:szCs w:val="24"/>
        </w:rPr>
        <w:t>պարագաներով</w:t>
      </w:r>
      <w:proofErr w:type="spellEnd"/>
      <w:r w:rsidRPr="00700A6C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="00854FDF" w:rsidRPr="00700A6C">
        <w:rPr>
          <w:rFonts w:ascii="GHEA Grapalat" w:hAnsi="GHEA Grapalat"/>
          <w:sz w:val="24"/>
          <w:szCs w:val="24"/>
        </w:rPr>
        <w:t>միջոցառում</w:t>
      </w:r>
      <w:proofErr w:type="spellEnd"/>
      <w:r w:rsidR="00854FDF" w:rsidRPr="00700A6C">
        <w:rPr>
          <w:rFonts w:ascii="GHEA Grapalat" w:hAnsi="GHEA Grapalat"/>
          <w:sz w:val="24"/>
          <w:szCs w:val="24"/>
          <w:lang w:val="af-ZA"/>
        </w:rPr>
        <w:t>:</w:t>
      </w:r>
    </w:p>
    <w:sectPr w:rsidR="004D620C" w:rsidRPr="00700A6C" w:rsidSect="007158F1">
      <w:pgSz w:w="11906" w:h="16838" w:code="9"/>
      <w:pgMar w:top="720" w:right="850" w:bottom="72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90603C9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0680E0A"/>
    <w:multiLevelType w:val="hybridMultilevel"/>
    <w:tmpl w:val="AFE429F8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7188"/>
    <w:rsid w:val="0015074B"/>
    <w:rsid w:val="001E762F"/>
    <w:rsid w:val="002316AF"/>
    <w:rsid w:val="0029639D"/>
    <w:rsid w:val="002F0808"/>
    <w:rsid w:val="003154EA"/>
    <w:rsid w:val="00326F90"/>
    <w:rsid w:val="003D03CC"/>
    <w:rsid w:val="0044655A"/>
    <w:rsid w:val="00455FAC"/>
    <w:rsid w:val="004A57CC"/>
    <w:rsid w:val="004D620C"/>
    <w:rsid w:val="006C495E"/>
    <w:rsid w:val="00700A6C"/>
    <w:rsid w:val="007158F1"/>
    <w:rsid w:val="00761432"/>
    <w:rsid w:val="00854FDF"/>
    <w:rsid w:val="008D0B7B"/>
    <w:rsid w:val="00953932"/>
    <w:rsid w:val="0097224A"/>
    <w:rsid w:val="00974B34"/>
    <w:rsid w:val="00A171E9"/>
    <w:rsid w:val="00AA1D8D"/>
    <w:rsid w:val="00B00525"/>
    <w:rsid w:val="00B230AC"/>
    <w:rsid w:val="00B47730"/>
    <w:rsid w:val="00B5202B"/>
    <w:rsid w:val="00BD6F4E"/>
    <w:rsid w:val="00C8152F"/>
    <w:rsid w:val="00CB0664"/>
    <w:rsid w:val="00D00461"/>
    <w:rsid w:val="00E06F8C"/>
    <w:rsid w:val="00EA3433"/>
    <w:rsid w:val="00EA5CC9"/>
    <w:rsid w:val="00F01DA7"/>
    <w:rsid w:val="00F33E6C"/>
    <w:rsid w:val="00FA592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056D6C"/>
  <w14:defaultImageDpi w14:val="300"/>
  <w15:docId w15:val="{FA618D5E-AB79-43C4-B0D3-B5689324C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FA5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40">
    <w:name w:val="citation-40"/>
    <w:basedOn w:val="DefaultParagraphFont"/>
    <w:rsid w:val="00FA5920"/>
  </w:style>
  <w:style w:type="character" w:customStyle="1" w:styleId="citation-39">
    <w:name w:val="citation-39"/>
    <w:basedOn w:val="DefaultParagraphFont"/>
    <w:rsid w:val="00FA5920"/>
  </w:style>
  <w:style w:type="paragraph" w:styleId="BalloonText">
    <w:name w:val="Balloon Text"/>
    <w:basedOn w:val="Normal"/>
    <w:link w:val="BalloonTextChar"/>
    <w:uiPriority w:val="99"/>
    <w:semiHidden/>
    <w:unhideWhenUsed/>
    <w:rsid w:val="00854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4E1C5BB-B702-4350-A352-FD0E07D02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>https://mul2.gov.am/tasks/1335447/oneclick?token=ee3cf91eee7e9f99a1d5725dc2b831e8</cp:keywords>
  <dc:description>generated by python-docx</dc:description>
  <cp:lastModifiedBy>Shushanik Isakhanyan</cp:lastModifiedBy>
  <cp:revision>26</cp:revision>
  <cp:lastPrinted>2026-05-26T07:21:00Z</cp:lastPrinted>
  <dcterms:created xsi:type="dcterms:W3CDTF">2013-12-23T23:15:00Z</dcterms:created>
  <dcterms:modified xsi:type="dcterms:W3CDTF">2026-06-03T10:45:00Z</dcterms:modified>
  <cp:category/>
</cp:coreProperties>
</file>